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7CA9" w14:textId="77777777" w:rsidR="00646CB8" w:rsidRDefault="00BB0BB5">
      <w:pPr>
        <w:jc w:val="center"/>
      </w:pPr>
      <w:r>
        <w:rPr>
          <w:b/>
          <w:color w:val="1F4E79"/>
          <w:sz w:val="24"/>
        </w:rPr>
        <w:t>Scottish Borders Council</w:t>
      </w:r>
    </w:p>
    <w:p w14:paraId="69AE2F31" w14:textId="77777777" w:rsidR="00646CB8" w:rsidRDefault="00BB0BB5">
      <w:pPr>
        <w:jc w:val="center"/>
      </w:pPr>
      <w:r>
        <w:rPr>
          <w:b/>
          <w:color w:val="1F4E79"/>
          <w:sz w:val="34"/>
        </w:rPr>
        <w:t>Application Form for Neonatal Care Leave and Statutory Neonatal Care Pay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38"/>
      </w:tblGrid>
      <w:tr w:rsidR="00646CB8" w14:paraId="16C95BA3" w14:textId="77777777">
        <w:trPr>
          <w:jc w:val="center"/>
        </w:trPr>
        <w:tc>
          <w:tcPr>
            <w:tcW w:w="10368" w:type="dxa"/>
            <w:tcBorders>
              <w:top w:val="single" w:sz="12" w:space="0" w:color="8BA9C4"/>
              <w:left w:val="single" w:sz="12" w:space="0" w:color="8BA9C4"/>
              <w:bottom w:val="single" w:sz="12" w:space="0" w:color="8BA9C4"/>
              <w:right w:val="single" w:sz="12" w:space="0" w:color="8BA9C4"/>
            </w:tcBorders>
            <w:shd w:val="clear" w:color="auto" w:fill="F3F8FC"/>
          </w:tcPr>
          <w:p w14:paraId="5A5555CC" w14:textId="77777777" w:rsidR="00646CB8" w:rsidRDefault="00BB0BB5">
            <w:r>
              <w:rPr>
                <w:b/>
                <w:color w:val="1F4E79"/>
              </w:rPr>
              <w:t xml:space="preserve">Use this form to request Neonatal Care Leave and, where eligible, Statutory Neonatal Care Pay. </w:t>
            </w:r>
            <w:r>
              <w:t>Complete as much information as possible and submit to HR Shared Services. If dates change, please notify your line manager and HR Shared Services as soon as reasonably practicable.</w:t>
            </w:r>
          </w:p>
        </w:tc>
      </w:tr>
    </w:tbl>
    <w:p w14:paraId="45CD3E9A" w14:textId="77777777" w:rsidR="00646CB8" w:rsidRDefault="00BB0BB5">
      <w:pPr>
        <w:pStyle w:val="Heading2"/>
      </w:pPr>
      <w:r>
        <w:t>1. Employee details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646CB8" w14:paraId="2BA6CA69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6DE7713C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Full name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62EFFC16" w14:textId="77777777" w:rsidR="00646CB8" w:rsidRDefault="00646CB8">
            <w:pPr>
              <w:spacing w:after="0"/>
            </w:pPr>
          </w:p>
        </w:tc>
      </w:tr>
      <w:tr w:rsidR="00646CB8" w14:paraId="33B2DF45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38AFDFA2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Employee number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4E231A40" w14:textId="77777777" w:rsidR="00646CB8" w:rsidRDefault="00646CB8">
            <w:pPr>
              <w:spacing w:after="0"/>
            </w:pPr>
          </w:p>
        </w:tc>
      </w:tr>
      <w:tr w:rsidR="00646CB8" w14:paraId="31D6A8DC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702C219F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Job title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6812BC82" w14:textId="77777777" w:rsidR="00646CB8" w:rsidRDefault="00646CB8">
            <w:pPr>
              <w:spacing w:after="0"/>
            </w:pPr>
          </w:p>
        </w:tc>
      </w:tr>
      <w:tr w:rsidR="00646CB8" w14:paraId="61373E05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1318CD67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Service / Department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398C94DA" w14:textId="77777777" w:rsidR="00646CB8" w:rsidRDefault="00646CB8">
            <w:pPr>
              <w:spacing w:after="0"/>
            </w:pPr>
          </w:p>
        </w:tc>
      </w:tr>
      <w:tr w:rsidR="00646CB8" w14:paraId="26E9A2F9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1F5322F4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Line manager name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5370BC03" w14:textId="77777777" w:rsidR="00646CB8" w:rsidRDefault="00646CB8">
            <w:pPr>
              <w:spacing w:after="0"/>
            </w:pPr>
          </w:p>
        </w:tc>
      </w:tr>
      <w:tr w:rsidR="00646CB8" w14:paraId="06532380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6C1DE2CD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Work email / contact number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5192C317" w14:textId="77777777" w:rsidR="00646CB8" w:rsidRDefault="00646CB8">
            <w:pPr>
              <w:spacing w:after="0"/>
            </w:pPr>
          </w:p>
        </w:tc>
      </w:tr>
      <w:tr w:rsidR="00646CB8" w14:paraId="50B33C63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3E858652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Home address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237EC0B2" w14:textId="77777777" w:rsidR="00646CB8" w:rsidRDefault="00646CB8">
            <w:pPr>
              <w:spacing w:after="0"/>
            </w:pPr>
          </w:p>
        </w:tc>
      </w:tr>
      <w:tr w:rsidR="00646CB8" w14:paraId="63D718BF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072085FF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Postcode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05C14DEC" w14:textId="77777777" w:rsidR="00646CB8" w:rsidRDefault="00646CB8">
            <w:pPr>
              <w:spacing w:after="0"/>
            </w:pPr>
          </w:p>
        </w:tc>
      </w:tr>
    </w:tbl>
    <w:p w14:paraId="4DDD3233" w14:textId="77777777" w:rsidR="00646CB8" w:rsidRDefault="00646CB8"/>
    <w:p w14:paraId="39DBAE10" w14:textId="77777777" w:rsidR="00646CB8" w:rsidRDefault="00BB0BB5">
      <w:pPr>
        <w:pStyle w:val="Heading2"/>
      </w:pPr>
      <w:r>
        <w:t>2. Child and neonatal care details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646CB8" w14:paraId="3B22C4D9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3BB165FE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Baby’s date of birth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1FA2945F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DD/MM/YYYY</w:t>
            </w:r>
          </w:p>
        </w:tc>
      </w:tr>
      <w:tr w:rsidR="00646CB8" w14:paraId="3611E52A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3FE6857C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If adopted: date of placement / entry into Great Britain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099BB8EC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DD/MM/YYYY or N/A</w:t>
            </w:r>
          </w:p>
        </w:tc>
      </w:tr>
      <w:tr w:rsidR="00646CB8" w14:paraId="70220EB4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67915545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Date neonatal care started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4D81302D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DD/MM/YYYY</w:t>
            </w:r>
          </w:p>
        </w:tc>
      </w:tr>
      <w:tr w:rsidR="00646CB8" w14:paraId="3BBF060D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659AFFDB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Date neonatal care ended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06566721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DD/MM/YYYY, if known</w:t>
            </w:r>
          </w:p>
        </w:tc>
      </w:tr>
      <w:tr w:rsidR="00646CB8" w14:paraId="216AF9BE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2A57E8E1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Hospital / care setting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098DD682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Optional</w:t>
            </w:r>
          </w:p>
        </w:tc>
      </w:tr>
      <w:tr w:rsidR="00646CB8" w14:paraId="4C6AFE66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1FFBB090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Number of full weeks in neonatal care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15B1432E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Calculated in full weeks only</w:t>
            </w:r>
          </w:p>
        </w:tc>
      </w:tr>
      <w:tr w:rsidR="00646CB8" w14:paraId="613500B3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3FAE5BDB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Is this a multiple birth?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1F06C15E" w14:textId="47408569" w:rsidR="00646CB8" w:rsidRDefault="00BB0BB5">
            <w:pPr>
              <w:spacing w:after="0"/>
            </w:pPr>
            <w:sdt>
              <w:sdtPr>
                <w:alias w:val="chk_414282"/>
                <w:tag w:val="chk_414282"/>
                <w:id w:val="432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C0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No    </w:t>
            </w:r>
            <w:sdt>
              <w:sdtPr>
                <w:alias w:val="chk_489734"/>
                <w:tag w:val="chk_489734"/>
                <w:id w:val="59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Yes - please provide details below</w:t>
            </w:r>
          </w:p>
        </w:tc>
      </w:tr>
      <w:tr w:rsidR="00646CB8" w14:paraId="21FFC34A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4968ACCB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Additional information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4FB9B273" w14:textId="77777777" w:rsidR="00646CB8" w:rsidRDefault="00646CB8">
            <w:pPr>
              <w:spacing w:after="0"/>
            </w:pPr>
          </w:p>
        </w:tc>
      </w:tr>
    </w:tbl>
    <w:p w14:paraId="6BF3BBBB" w14:textId="77777777" w:rsidR="00646CB8" w:rsidRDefault="00646CB8"/>
    <w:p w14:paraId="0075EA93" w14:textId="77777777" w:rsidR="00646CB8" w:rsidRDefault="00BB0BB5">
      <w:pPr>
        <w:pStyle w:val="Heading2"/>
      </w:pPr>
      <w:r>
        <w:t>3. Relationship to the child</w:t>
      </w:r>
    </w:p>
    <w:p w14:paraId="46B4C3C5" w14:textId="77777777" w:rsidR="00646CB8" w:rsidRDefault="00BB0BB5">
      <w:r>
        <w:t>Please tick the option that applies: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76"/>
        <w:gridCol w:w="5176"/>
      </w:tblGrid>
      <w:tr w:rsidR="00646CB8" w14:paraId="55DC52DC" w14:textId="77777777">
        <w:trPr>
          <w:jc w:val="center"/>
        </w:trPr>
        <w:tc>
          <w:tcPr>
            <w:tcW w:w="5184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1FC74984" w14:textId="77777777" w:rsidR="00646CB8" w:rsidRDefault="00BB0BB5">
            <w:pPr>
              <w:spacing w:after="0"/>
            </w:pPr>
            <w:sdt>
              <w:sdtPr>
                <w:alias w:val="chk_825639"/>
                <w:tag w:val="chk_825639"/>
                <w:id w:val="515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Birth parent / mother</w:t>
            </w:r>
          </w:p>
        </w:tc>
        <w:tc>
          <w:tcPr>
            <w:tcW w:w="5184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3B5C0FF1" w14:textId="77777777" w:rsidR="00646CB8" w:rsidRDefault="00BB0BB5">
            <w:pPr>
              <w:spacing w:after="0"/>
            </w:pPr>
            <w:sdt>
              <w:sdtPr>
                <w:alias w:val="chk_542972"/>
                <w:tag w:val="chk_542972"/>
                <w:id w:val="876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Father</w:t>
            </w:r>
          </w:p>
        </w:tc>
      </w:tr>
      <w:tr w:rsidR="00646CB8" w14:paraId="0B6B0FE4" w14:textId="77777777">
        <w:trPr>
          <w:jc w:val="center"/>
        </w:trPr>
        <w:tc>
          <w:tcPr>
            <w:tcW w:w="5184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0063B89D" w14:textId="77777777" w:rsidR="00646CB8" w:rsidRDefault="00BB0BB5">
            <w:pPr>
              <w:spacing w:after="0"/>
            </w:pPr>
            <w:sdt>
              <w:sdtPr>
                <w:alias w:val="chk_753478"/>
                <w:tag w:val="chk_753478"/>
                <w:id w:val="586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Partner of the birth parent</w:t>
            </w:r>
          </w:p>
        </w:tc>
        <w:tc>
          <w:tcPr>
            <w:tcW w:w="5184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0CAE07BA" w14:textId="77777777" w:rsidR="00646CB8" w:rsidRDefault="00BB0BB5">
            <w:pPr>
              <w:spacing w:after="0"/>
            </w:pPr>
            <w:sdt>
              <w:sdtPr>
                <w:alias w:val="chk_717405"/>
                <w:tag w:val="chk_717405"/>
                <w:id w:val="552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Adoptive parent / prospective adopter</w:t>
            </w:r>
          </w:p>
        </w:tc>
      </w:tr>
      <w:tr w:rsidR="00646CB8" w14:paraId="4A51994B" w14:textId="77777777">
        <w:trPr>
          <w:jc w:val="center"/>
        </w:trPr>
        <w:tc>
          <w:tcPr>
            <w:tcW w:w="5184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254D4ADA" w14:textId="77777777" w:rsidR="00646CB8" w:rsidRDefault="00BB0BB5">
            <w:pPr>
              <w:spacing w:after="0"/>
            </w:pPr>
            <w:sdt>
              <w:sdtPr>
                <w:alias w:val="chk_470452"/>
                <w:tag w:val="chk_470452"/>
                <w:id w:val="674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Intended parent in a surrogacy arrangement</w:t>
            </w:r>
          </w:p>
        </w:tc>
        <w:tc>
          <w:tcPr>
            <w:tcW w:w="5184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213D5E26" w14:textId="77777777" w:rsidR="00646CB8" w:rsidRDefault="00BB0BB5">
            <w:pPr>
              <w:spacing w:after="0"/>
            </w:pPr>
            <w:sdt>
              <w:sdtPr>
                <w:alias w:val="chk_722829"/>
                <w:tag w:val="chk_722829"/>
                <w:id w:val="473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Other person with parental or caring responsibility</w:t>
            </w:r>
          </w:p>
        </w:tc>
      </w:tr>
    </w:tbl>
    <w:p w14:paraId="3772A2A5" w14:textId="77777777" w:rsidR="00646CB8" w:rsidRDefault="00646CB8"/>
    <w:p w14:paraId="43D669F6" w14:textId="77777777" w:rsidR="00646CB8" w:rsidRDefault="00BB0BB5">
      <w:pPr>
        <w:pStyle w:val="Heading2"/>
      </w:pPr>
      <w:r>
        <w:t>4. Leave requested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646CB8" w14:paraId="62C5A62A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13ABC9ED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Requested start date of Neonatal Care Leave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406E4E7B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DD/MM/YYYY</w:t>
            </w:r>
          </w:p>
        </w:tc>
      </w:tr>
      <w:tr w:rsidR="00646CB8" w14:paraId="68BBF8E6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53847F29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Requested end date of Neonatal Care Leave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1D0F22EF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DD/MM/YYYY</w:t>
            </w:r>
          </w:p>
        </w:tc>
      </w:tr>
      <w:tr w:rsidR="00646CB8" w14:paraId="0FCEF317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0E4873BD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Number of weeks requested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0C8CC785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Minimum 1 week; maximum 12 weeks</w:t>
            </w:r>
          </w:p>
        </w:tc>
      </w:tr>
      <w:tr w:rsidR="00646CB8" w14:paraId="1291C49A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11506E8F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How will leave be taken?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55AE1613" w14:textId="77777777" w:rsidR="00646CB8" w:rsidRDefault="00BB0BB5">
            <w:pPr>
              <w:spacing w:after="0"/>
            </w:pPr>
            <w:sdt>
              <w:sdtPr>
                <w:alias w:val="chk_660364"/>
                <w:tag w:val="chk_660364"/>
                <w:id w:val="858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While baby is in neonatal care / first week after care ended </w:t>
            </w:r>
            <w:r>
              <w:rPr>
                <w:color w:val="505050"/>
                <w:sz w:val="19"/>
              </w:rPr>
              <w:lastRenderedPageBreak/>
              <w:t xml:space="preserve">(Tier 1)    </w:t>
            </w:r>
            <w:sdt>
              <w:sdtPr>
                <w:alias w:val="chk_632910"/>
                <w:tag w:val="chk_632910"/>
                <w:id w:val="925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Later period after care ended (Tier 2)</w:t>
            </w:r>
          </w:p>
        </w:tc>
      </w:tr>
      <w:tr w:rsidR="00646CB8" w14:paraId="03B32533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7D2FF86C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lastRenderedPageBreak/>
              <w:t>Is this leave being taken after maternity or adoption leave?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345A3515" w14:textId="77777777" w:rsidR="00646CB8" w:rsidRDefault="00BB0BB5">
            <w:pPr>
              <w:spacing w:after="0"/>
            </w:pPr>
            <w:sdt>
              <w:sdtPr>
                <w:alias w:val="chk_352802"/>
                <w:tag w:val="chk_352802"/>
                <w:id w:val="358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No    </w:t>
            </w:r>
            <w:sdt>
              <w:sdtPr>
                <w:alias w:val="chk_954402"/>
                <w:tag w:val="chk_954402"/>
                <w:id w:val="308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Yes - expected end date of maternity/adoption leave: __________</w:t>
            </w:r>
          </w:p>
        </w:tc>
      </w:tr>
      <w:tr w:rsidR="00646CB8" w14:paraId="05713424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0AA6BC58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Any other statutory family leave already booked?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399432E4" w14:textId="77777777" w:rsidR="00646CB8" w:rsidRDefault="00BB0BB5">
            <w:pPr>
              <w:spacing w:after="0"/>
            </w:pPr>
            <w:sdt>
              <w:sdtPr>
                <w:alias w:val="chk_173375"/>
                <w:tag w:val="chk_173375"/>
                <w:id w:val="984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No    </w:t>
            </w:r>
            <w:sdt>
              <w:sdtPr>
                <w:alias w:val="chk_839433"/>
                <w:tag w:val="chk_839433"/>
                <w:id w:val="926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Yes - provide details: __________</w:t>
            </w:r>
          </w:p>
        </w:tc>
      </w:tr>
    </w:tbl>
    <w:p w14:paraId="62E9FE5A" w14:textId="77777777" w:rsidR="00646CB8" w:rsidRDefault="00646CB8"/>
    <w:p w14:paraId="45CFA227" w14:textId="77777777" w:rsidR="00646CB8" w:rsidRDefault="00BB0BB5">
      <w:pPr>
        <w:pStyle w:val="Heading2"/>
      </w:pPr>
      <w:r>
        <w:t>5. Statutory Neonatal Care Pay</w:t>
      </w:r>
    </w:p>
    <w:p w14:paraId="498C9BBE" w14:textId="77777777" w:rsidR="00646CB8" w:rsidRDefault="00BB0BB5">
      <w:r>
        <w:t>Please tick one: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646CB8" w14:paraId="4DCCD17C" w14:textId="77777777">
        <w:trPr>
          <w:jc w:val="center"/>
        </w:trPr>
        <w:tc>
          <w:tcPr>
            <w:tcW w:w="1036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323F9F3E" w14:textId="77777777" w:rsidR="00646CB8" w:rsidRDefault="00BB0BB5">
            <w:pPr>
              <w:spacing w:after="0"/>
            </w:pPr>
            <w:sdt>
              <w:sdtPr>
                <w:alias w:val="chk_137529"/>
                <w:tag w:val="chk_137529"/>
                <w:id w:val="275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I wish to claim Statutory Neonatal Care Pay for the period of Neonatal Care Leave requested, subject to eligibility.</w:t>
            </w:r>
          </w:p>
        </w:tc>
      </w:tr>
      <w:tr w:rsidR="00646CB8" w14:paraId="599815D2" w14:textId="77777777">
        <w:trPr>
          <w:jc w:val="center"/>
        </w:trPr>
        <w:tc>
          <w:tcPr>
            <w:tcW w:w="10368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458D5238" w14:textId="77777777" w:rsidR="00646CB8" w:rsidRDefault="00BB0BB5">
            <w:pPr>
              <w:spacing w:after="0"/>
            </w:pPr>
            <w:sdt>
              <w:sdtPr>
                <w:alias w:val="chk_799173"/>
                <w:tag w:val="chk_799173"/>
                <w:id w:val="235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I am requesting Neonatal Care Leave only and do not wish to claim Statutory Neonatal Care Pay at this stage.</w:t>
            </w:r>
          </w:p>
        </w:tc>
      </w:tr>
    </w:tbl>
    <w:p w14:paraId="3A89ED36" w14:textId="77777777" w:rsidR="00646CB8" w:rsidRDefault="00646CB8"/>
    <w:p w14:paraId="585DF4E0" w14:textId="77777777" w:rsidR="00646CB8" w:rsidRDefault="00BB0BB5">
      <w:pPr>
        <w:pStyle w:val="Heading2"/>
      </w:pPr>
      <w:r>
        <w:t>6. Employee declaration</w:t>
      </w:r>
    </w:p>
    <w:p w14:paraId="2788216C" w14:textId="77777777" w:rsidR="00646CB8" w:rsidRDefault="00BB0BB5">
      <w:sdt>
        <w:sdtPr>
          <w:alias w:val="chk_956048"/>
          <w:tag w:val="chk_956048"/>
          <w:id w:val="4695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sz w:val="22"/>
            </w:rPr>
            <w:t>☐</w:t>
          </w:r>
        </w:sdtContent>
      </w:sdt>
      <w:r>
        <w:rPr>
          <w:color w:val="505050"/>
          <w:sz w:val="19"/>
        </w:rPr>
        <w:t xml:space="preserve"> I confirm that the child named in this form required neonatal care within 28 days of birth and for at least 7 consecutive days.</w:t>
      </w:r>
    </w:p>
    <w:p w14:paraId="2C77033A" w14:textId="77777777" w:rsidR="00646CB8" w:rsidRDefault="00BB0BB5">
      <w:sdt>
        <w:sdtPr>
          <w:alias w:val="chk_739629"/>
          <w:tag w:val="chk_739629"/>
          <w:id w:val="363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sz w:val="22"/>
            </w:rPr>
            <w:t>☐</w:t>
          </w:r>
        </w:sdtContent>
      </w:sdt>
      <w:r>
        <w:rPr>
          <w:color w:val="505050"/>
          <w:sz w:val="19"/>
        </w:rPr>
        <w:t xml:space="preserve"> I confirm that I have parental or caring responsibility for the child and that I cared for, or intend to care for, the child during the neonatal care period.</w:t>
      </w:r>
    </w:p>
    <w:p w14:paraId="6CC39D7C" w14:textId="77777777" w:rsidR="00646CB8" w:rsidRDefault="00BB0BB5">
      <w:sdt>
        <w:sdtPr>
          <w:alias w:val="chk_505312"/>
          <w:tag w:val="chk_505312"/>
          <w:id w:val="244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sz w:val="22"/>
            </w:rPr>
            <w:t>☐</w:t>
          </w:r>
        </w:sdtContent>
      </w:sdt>
      <w:r>
        <w:rPr>
          <w:color w:val="505050"/>
          <w:sz w:val="19"/>
        </w:rPr>
        <w:t xml:space="preserve"> I understand that Neonatal Care Leave is taken in whole weeks, up to the statutory maximum, and must be taken within the required statutory timescale.</w:t>
      </w:r>
    </w:p>
    <w:p w14:paraId="277DA0F3" w14:textId="77777777" w:rsidR="00646CB8" w:rsidRDefault="00BB0BB5">
      <w:sdt>
        <w:sdtPr>
          <w:alias w:val="chk_659186"/>
          <w:tag w:val="chk_659186"/>
          <w:id w:val="9036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sz w:val="22"/>
            </w:rPr>
            <w:t>☐</w:t>
          </w:r>
        </w:sdtContent>
      </w:sdt>
      <w:r>
        <w:rPr>
          <w:color w:val="505050"/>
          <w:sz w:val="19"/>
        </w:rPr>
        <w:t xml:space="preserve"> I understand that Statutory Neonatal Care Pay is subject to qualifying service and earnings criteria.</w:t>
      </w:r>
    </w:p>
    <w:p w14:paraId="19944A58" w14:textId="77777777" w:rsidR="00646CB8" w:rsidRDefault="00BB0BB5">
      <w:sdt>
        <w:sdtPr>
          <w:alias w:val="chk_842648"/>
          <w:tag w:val="chk_842648"/>
          <w:id w:val="6810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sz w:val="22"/>
            </w:rPr>
            <w:t>☐</w:t>
          </w:r>
        </w:sdtContent>
      </w:sdt>
      <w:r>
        <w:rPr>
          <w:color w:val="505050"/>
          <w:sz w:val="19"/>
        </w:rPr>
        <w:t xml:space="preserve"> I will notify my line manager and HR Shared Services as soon as reasonably practicable if any dates or circumstances change.</w:t>
      </w:r>
    </w:p>
    <w:p w14:paraId="68F4D10E" w14:textId="77777777" w:rsidR="00646CB8" w:rsidRDefault="00BB0BB5">
      <w:sdt>
        <w:sdtPr>
          <w:alias w:val="chk_922881"/>
          <w:tag w:val="chk_922881"/>
          <w:id w:val="323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sz w:val="22"/>
            </w:rPr>
            <w:t>☐</w:t>
          </w:r>
        </w:sdtContent>
      </w:sdt>
      <w:r>
        <w:rPr>
          <w:color w:val="505050"/>
          <w:sz w:val="19"/>
        </w:rPr>
        <w:t xml:space="preserve"> I confirm that the information provided in this form is accurate to the best of my knowledge.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646CB8" w14:paraId="3160B642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1305040B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Employee signature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4278DA6F" w14:textId="77777777" w:rsidR="00646CB8" w:rsidRDefault="00646CB8">
            <w:pPr>
              <w:spacing w:after="0"/>
            </w:pPr>
          </w:p>
        </w:tc>
      </w:tr>
      <w:tr w:rsidR="00646CB8" w14:paraId="3DF14852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663CC4F6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Date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445CFA0B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DD/MM/YYYY</w:t>
            </w:r>
          </w:p>
        </w:tc>
      </w:tr>
    </w:tbl>
    <w:p w14:paraId="6C7040D6" w14:textId="77777777" w:rsidR="00646CB8" w:rsidRDefault="00646CB8"/>
    <w:p w14:paraId="297443C9" w14:textId="77777777" w:rsidR="00646CB8" w:rsidRDefault="00BB0BB5">
      <w:pPr>
        <w:pStyle w:val="Heading2"/>
      </w:pPr>
      <w:r>
        <w:t>7. Line manager / HR Shared Services use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16"/>
        <w:gridCol w:w="5256"/>
      </w:tblGrid>
      <w:tr w:rsidR="00646CB8" w14:paraId="552382EF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6C593B2D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Date received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3640204A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DD/MM/YYYY</w:t>
            </w:r>
          </w:p>
        </w:tc>
      </w:tr>
      <w:tr w:rsidR="00646CB8" w14:paraId="5E90F1E7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4E62F2AD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Eligibility for Neonatal Care Leave checked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4504A73F" w14:textId="77777777" w:rsidR="00646CB8" w:rsidRDefault="00BB0BB5">
            <w:pPr>
              <w:spacing w:after="0"/>
            </w:pPr>
            <w:sdt>
              <w:sdtPr>
                <w:alias w:val="chk_337437"/>
                <w:tag w:val="chk_337437"/>
                <w:id w:val="234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Yes    </w:t>
            </w:r>
            <w:sdt>
              <w:sdtPr>
                <w:alias w:val="chk_305606"/>
                <w:tag w:val="chk_305606"/>
                <w:id w:val="7983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No</w:t>
            </w:r>
          </w:p>
        </w:tc>
      </w:tr>
      <w:tr w:rsidR="00646CB8" w14:paraId="07155E0C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799D18D6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Eligibility for Statutory Neonatal Care Pay checked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1ACEB57E" w14:textId="77777777" w:rsidR="00646CB8" w:rsidRDefault="00BB0BB5">
            <w:pPr>
              <w:spacing w:after="0"/>
            </w:pPr>
            <w:sdt>
              <w:sdtPr>
                <w:alias w:val="chk_493506"/>
                <w:tag w:val="chk_493506"/>
                <w:id w:val="169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Yes    </w:t>
            </w:r>
            <w:sdt>
              <w:sdtPr>
                <w:alias w:val="chk_129696"/>
                <w:tag w:val="chk_129696"/>
                <w:id w:val="386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No    </w:t>
            </w:r>
            <w:sdt>
              <w:sdtPr>
                <w:alias w:val="chk_316244"/>
                <w:tag w:val="chk_316244"/>
                <w:id w:val="339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Not applicable</w:t>
            </w:r>
          </w:p>
        </w:tc>
      </w:tr>
      <w:tr w:rsidR="00646CB8" w14:paraId="12BA7FF1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59C59978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Leave dates agreed / recorded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0C9D89C2" w14:textId="77777777" w:rsidR="00646CB8" w:rsidRDefault="00BB0BB5">
            <w:pPr>
              <w:spacing w:after="0"/>
            </w:pPr>
            <w:sdt>
              <w:sdtPr>
                <w:alias w:val="chk_365530"/>
                <w:tag w:val="chk_365530"/>
                <w:id w:val="816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Yes    </w:t>
            </w:r>
            <w:sdt>
              <w:sdtPr>
                <w:alias w:val="chk_650221"/>
                <w:tag w:val="chk_650221"/>
                <w:id w:val="161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No</w:t>
            </w:r>
          </w:p>
        </w:tc>
      </w:tr>
      <w:tr w:rsidR="00646CB8" w14:paraId="02AA8490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17CAF753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Payroll notified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607EFC86" w14:textId="77777777" w:rsidR="00646CB8" w:rsidRDefault="00BB0BB5">
            <w:pPr>
              <w:spacing w:after="0"/>
            </w:pPr>
            <w:sdt>
              <w:sdtPr>
                <w:alias w:val="chk_478692"/>
                <w:tag w:val="chk_478692"/>
                <w:id w:val="578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Yes    </w:t>
            </w:r>
            <w:sdt>
              <w:sdtPr>
                <w:alias w:val="chk_967230"/>
                <w:tag w:val="chk_967230"/>
                <w:id w:val="920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No    </w:t>
            </w:r>
            <w:sdt>
              <w:sdtPr>
                <w:alias w:val="chk_630237"/>
                <w:tag w:val="chk_630237"/>
                <w:id w:val="919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505050"/>
                <w:sz w:val="19"/>
              </w:rPr>
              <w:t xml:space="preserve"> Not applicable</w:t>
            </w:r>
          </w:p>
        </w:tc>
      </w:tr>
      <w:tr w:rsidR="00646CB8" w14:paraId="04CA9A60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62AC40A8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Manager / HRSS name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05395DA8" w14:textId="77777777" w:rsidR="00646CB8" w:rsidRDefault="00646CB8">
            <w:pPr>
              <w:spacing w:after="0"/>
            </w:pPr>
          </w:p>
        </w:tc>
      </w:tr>
      <w:tr w:rsidR="00646CB8" w14:paraId="767ED241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6B910C05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Signature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36871008" w14:textId="77777777" w:rsidR="00646CB8" w:rsidRDefault="00646CB8">
            <w:pPr>
              <w:spacing w:after="0"/>
            </w:pPr>
          </w:p>
        </w:tc>
      </w:tr>
      <w:tr w:rsidR="00646CB8" w14:paraId="5AD3A6C2" w14:textId="77777777">
        <w:trPr>
          <w:jc w:val="center"/>
        </w:trPr>
        <w:tc>
          <w:tcPr>
            <w:tcW w:w="381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shd w:val="clear" w:color="auto" w:fill="EDF3F8"/>
            <w:vAlign w:val="center"/>
          </w:tcPr>
          <w:p w14:paraId="7A54EF29" w14:textId="77777777" w:rsidR="00646CB8" w:rsidRDefault="00BB0BB5">
            <w:pPr>
              <w:spacing w:after="0"/>
            </w:pPr>
            <w:r>
              <w:rPr>
                <w:b/>
                <w:color w:val="1F4E79"/>
                <w:sz w:val="19"/>
              </w:rPr>
              <w:t>Date</w:t>
            </w:r>
          </w:p>
        </w:tc>
        <w:tc>
          <w:tcPr>
            <w:tcW w:w="5256" w:type="dxa"/>
            <w:tcBorders>
              <w:top w:val="single" w:sz="6" w:space="0" w:color="C7D0D9"/>
              <w:left w:val="single" w:sz="6" w:space="0" w:color="C7D0D9"/>
              <w:bottom w:val="single" w:sz="6" w:space="0" w:color="C7D0D9"/>
              <w:right w:val="single" w:sz="6" w:space="0" w:color="C7D0D9"/>
            </w:tcBorders>
            <w:vAlign w:val="center"/>
          </w:tcPr>
          <w:p w14:paraId="2767F94C" w14:textId="77777777" w:rsidR="00646CB8" w:rsidRDefault="00BB0BB5">
            <w:pPr>
              <w:spacing w:after="0"/>
            </w:pPr>
            <w:r>
              <w:rPr>
                <w:color w:val="505050"/>
                <w:sz w:val="19"/>
              </w:rPr>
              <w:t>DD/MM/YYYY</w:t>
            </w:r>
          </w:p>
        </w:tc>
      </w:tr>
    </w:tbl>
    <w:p w14:paraId="04B14BA1" w14:textId="77777777" w:rsidR="00646CB8" w:rsidRDefault="00646CB8"/>
    <w:p w14:paraId="20AF093A" w14:textId="77777777" w:rsidR="00646CB8" w:rsidRDefault="00BB0BB5">
      <w:pPr>
        <w:pStyle w:val="Heading2"/>
      </w:pPr>
      <w:r>
        <w:t>Submission</w:t>
      </w:r>
    </w:p>
    <w:p w14:paraId="7601B036" w14:textId="77777777" w:rsidR="00646CB8" w:rsidRDefault="00BB0BB5">
      <w:r>
        <w:rPr>
          <w:b/>
        </w:rPr>
        <w:t xml:space="preserve">Please send the completed form to HR Shared Services. </w:t>
      </w:r>
      <w:r>
        <w:t>SBC guidance and letter templates refer employees to HR Shared Services at personnel@scotborders.gov.uk where neonatal leave details are requested. Ensure any supporting information is handled in line with data protection requirements.</w:t>
      </w:r>
    </w:p>
    <w:p w14:paraId="39D20606" w14:textId="77777777" w:rsidR="00646CB8" w:rsidRDefault="00BB0BB5">
      <w:pPr>
        <w:pStyle w:val="Heading2"/>
      </w:pPr>
      <w:r>
        <w:lastRenderedPageBreak/>
        <w:t>Notes for employees</w:t>
      </w:r>
    </w:p>
    <w:p w14:paraId="493DD824" w14:textId="77777777" w:rsidR="00646CB8" w:rsidRDefault="00BB0BB5">
      <w:pPr>
        <w:pStyle w:val="ListBullet"/>
      </w:pPr>
      <w:r>
        <w:t>Neonatal Care Leave is separate from maternity, adoption, paternity and shared parental leave.</w:t>
      </w:r>
    </w:p>
    <w:p w14:paraId="6499AD40" w14:textId="77777777" w:rsidR="00646CB8" w:rsidRDefault="00BB0BB5">
      <w:pPr>
        <w:pStyle w:val="ListBullet"/>
      </w:pPr>
      <w:r>
        <w:t>Employees may be entitled to one week of leave for each full week the child receives neonatal care, up to a maximum of 12 weeks.</w:t>
      </w:r>
    </w:p>
    <w:p w14:paraId="769857B9" w14:textId="77777777" w:rsidR="00646CB8" w:rsidRDefault="00BB0BB5">
      <w:pPr>
        <w:pStyle w:val="ListBullet"/>
      </w:pPr>
      <w:r>
        <w:t>Current statutory guidance should be checked when assessing Statutory Neonatal Care Pay rates and eligibility.</w:t>
      </w:r>
    </w:p>
    <w:p w14:paraId="00B4405F" w14:textId="77777777" w:rsidR="00FD0C0E" w:rsidRPr="00FD0C0E" w:rsidRDefault="00FD0C0E" w:rsidP="00FD0C0E"/>
    <w:p w14:paraId="68C9B34E" w14:textId="77777777" w:rsidR="00FD0C0E" w:rsidRPr="00FD0C0E" w:rsidRDefault="00FD0C0E" w:rsidP="00FD0C0E"/>
    <w:p w14:paraId="54FB31A3" w14:textId="77777777" w:rsidR="00FD0C0E" w:rsidRPr="00FD0C0E" w:rsidRDefault="00FD0C0E" w:rsidP="00FD0C0E"/>
    <w:p w14:paraId="3E9DCB53" w14:textId="77777777" w:rsidR="00FD0C0E" w:rsidRPr="00FD0C0E" w:rsidRDefault="00FD0C0E" w:rsidP="00FD0C0E"/>
    <w:p w14:paraId="4F6C676E" w14:textId="77777777" w:rsidR="00FD0C0E" w:rsidRPr="00FD0C0E" w:rsidRDefault="00FD0C0E" w:rsidP="00FD0C0E"/>
    <w:p w14:paraId="0F5C6A55" w14:textId="77777777" w:rsidR="00FD0C0E" w:rsidRPr="00FD0C0E" w:rsidRDefault="00FD0C0E" w:rsidP="00FD0C0E"/>
    <w:p w14:paraId="1D05397D" w14:textId="77777777" w:rsidR="00FD0C0E" w:rsidRPr="00FD0C0E" w:rsidRDefault="00FD0C0E" w:rsidP="00FD0C0E"/>
    <w:p w14:paraId="4B6749C6" w14:textId="77777777" w:rsidR="00FD0C0E" w:rsidRPr="00FD0C0E" w:rsidRDefault="00FD0C0E" w:rsidP="00FD0C0E"/>
    <w:p w14:paraId="36776C4E" w14:textId="77777777" w:rsidR="00FD0C0E" w:rsidRPr="00FD0C0E" w:rsidRDefault="00FD0C0E" w:rsidP="00FD0C0E"/>
    <w:p w14:paraId="1B63ADBA" w14:textId="77777777" w:rsidR="00FD0C0E" w:rsidRPr="00FD0C0E" w:rsidRDefault="00FD0C0E" w:rsidP="00FD0C0E"/>
    <w:p w14:paraId="2C34BC07" w14:textId="77777777" w:rsidR="00FD0C0E" w:rsidRPr="00FD0C0E" w:rsidRDefault="00FD0C0E" w:rsidP="00FD0C0E"/>
    <w:p w14:paraId="67E166E0" w14:textId="77777777" w:rsidR="00FD0C0E" w:rsidRPr="00FD0C0E" w:rsidRDefault="00FD0C0E" w:rsidP="00FD0C0E"/>
    <w:p w14:paraId="73096E68" w14:textId="77777777" w:rsidR="00FD0C0E" w:rsidRPr="00FD0C0E" w:rsidRDefault="00FD0C0E" w:rsidP="00FD0C0E"/>
    <w:p w14:paraId="0A8174A1" w14:textId="77777777" w:rsidR="00FD0C0E" w:rsidRPr="00FD0C0E" w:rsidRDefault="00FD0C0E" w:rsidP="00FD0C0E"/>
    <w:p w14:paraId="4D51EEB8" w14:textId="77777777" w:rsidR="00FD0C0E" w:rsidRPr="00FD0C0E" w:rsidRDefault="00FD0C0E" w:rsidP="00FD0C0E"/>
    <w:p w14:paraId="404F1E10" w14:textId="77777777" w:rsidR="00FD0C0E" w:rsidRPr="00FD0C0E" w:rsidRDefault="00FD0C0E" w:rsidP="00FD0C0E"/>
    <w:p w14:paraId="79154E74" w14:textId="77777777" w:rsidR="00FD0C0E" w:rsidRPr="00FD0C0E" w:rsidRDefault="00FD0C0E" w:rsidP="00FD0C0E"/>
    <w:p w14:paraId="74F485D1" w14:textId="77777777" w:rsidR="00FD0C0E" w:rsidRPr="00FD0C0E" w:rsidRDefault="00FD0C0E" w:rsidP="00FD0C0E"/>
    <w:p w14:paraId="1FBC4665" w14:textId="77777777" w:rsidR="00FD0C0E" w:rsidRPr="00FD0C0E" w:rsidRDefault="00FD0C0E" w:rsidP="00FD0C0E"/>
    <w:p w14:paraId="3DA272B2" w14:textId="77777777" w:rsidR="00FD0C0E" w:rsidRPr="00FD0C0E" w:rsidRDefault="00FD0C0E" w:rsidP="00FD0C0E"/>
    <w:p w14:paraId="34B6D1D3" w14:textId="77777777" w:rsidR="00FD0C0E" w:rsidRPr="00FD0C0E" w:rsidRDefault="00FD0C0E" w:rsidP="00FD0C0E"/>
    <w:p w14:paraId="5CF19B56" w14:textId="77777777" w:rsidR="00FD0C0E" w:rsidRPr="00FD0C0E" w:rsidRDefault="00FD0C0E" w:rsidP="00FD0C0E"/>
    <w:p w14:paraId="439C332C" w14:textId="77777777" w:rsidR="00FD0C0E" w:rsidRPr="00FD0C0E" w:rsidRDefault="00FD0C0E" w:rsidP="00FD0C0E"/>
    <w:p w14:paraId="479E3037" w14:textId="77777777" w:rsidR="00FD0C0E" w:rsidRPr="00FD0C0E" w:rsidRDefault="00FD0C0E" w:rsidP="00FD0C0E"/>
    <w:p w14:paraId="653FD35A" w14:textId="77777777" w:rsidR="00FD0C0E" w:rsidRPr="00FD0C0E" w:rsidRDefault="00FD0C0E" w:rsidP="00FD0C0E"/>
    <w:p w14:paraId="68B0530D" w14:textId="77777777" w:rsidR="00FD0C0E" w:rsidRPr="00FD0C0E" w:rsidRDefault="00FD0C0E" w:rsidP="00FD0C0E">
      <w:pPr>
        <w:jc w:val="center"/>
      </w:pPr>
    </w:p>
    <w:sectPr w:rsidR="00FD0C0E" w:rsidRPr="00FD0C0E" w:rsidSect="00034616">
      <w:foot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FD3F0" w14:textId="77777777" w:rsidR="00BB0BB5" w:rsidRDefault="00BB0BB5">
      <w:pPr>
        <w:spacing w:after="0" w:line="240" w:lineRule="auto"/>
      </w:pPr>
      <w:r>
        <w:separator/>
      </w:r>
    </w:p>
  </w:endnote>
  <w:endnote w:type="continuationSeparator" w:id="0">
    <w:p w14:paraId="18D6A6F5" w14:textId="77777777" w:rsidR="00BB0BB5" w:rsidRDefault="00BB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906AB" w14:textId="0AD24235" w:rsidR="00646CB8" w:rsidRDefault="00646CB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D4439" w14:textId="77777777" w:rsidR="00BB0BB5" w:rsidRDefault="00BB0BB5">
      <w:pPr>
        <w:spacing w:after="0" w:line="240" w:lineRule="auto"/>
      </w:pPr>
      <w:r>
        <w:separator/>
      </w:r>
    </w:p>
  </w:footnote>
  <w:footnote w:type="continuationSeparator" w:id="0">
    <w:p w14:paraId="51D131A6" w14:textId="77777777" w:rsidR="00BB0BB5" w:rsidRDefault="00BB0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0522498">
    <w:abstractNumId w:val="8"/>
  </w:num>
  <w:num w:numId="2" w16cid:durableId="26948982">
    <w:abstractNumId w:val="6"/>
  </w:num>
  <w:num w:numId="3" w16cid:durableId="1917206883">
    <w:abstractNumId w:val="5"/>
  </w:num>
  <w:num w:numId="4" w16cid:durableId="2090345230">
    <w:abstractNumId w:val="4"/>
  </w:num>
  <w:num w:numId="5" w16cid:durableId="1027177786">
    <w:abstractNumId w:val="7"/>
  </w:num>
  <w:num w:numId="6" w16cid:durableId="756099569">
    <w:abstractNumId w:val="3"/>
  </w:num>
  <w:num w:numId="7" w16cid:durableId="408814306">
    <w:abstractNumId w:val="2"/>
  </w:num>
  <w:num w:numId="8" w16cid:durableId="575746128">
    <w:abstractNumId w:val="1"/>
  </w:num>
  <w:num w:numId="9" w16cid:durableId="132844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46CB8"/>
    <w:rsid w:val="00AA1D8D"/>
    <w:rsid w:val="00B47730"/>
    <w:rsid w:val="00BB0BB5"/>
    <w:rsid w:val="00BC4674"/>
    <w:rsid w:val="00CB0664"/>
    <w:rsid w:val="00FC693F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064A02"/>
  <w14:defaultImageDpi w14:val="300"/>
  <w15:docId w15:val="{2F92D39E-134C-4DFC-AAA2-C02FA29D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3357</Characters>
  <Application>Microsoft Office Word</Application>
  <DocSecurity>0</DocSecurity>
  <Lines>129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Neonatal Care Leave and Statutory Neonatal Care Pay</dc:title>
  <dc:subject/>
  <dc:creator>Smedley, Ivana</dc:creator>
  <cp:keywords/>
  <dc:description>generated by python-docx</dc:description>
  <cp:lastModifiedBy>Smedley, Ivana</cp:lastModifiedBy>
  <cp:revision>2</cp:revision>
  <dcterms:created xsi:type="dcterms:W3CDTF">2026-07-06T10:21:00Z</dcterms:created>
  <dcterms:modified xsi:type="dcterms:W3CDTF">2026-07-06T10:21:00Z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2026-07-06T10:17:19Z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3a5b6aa5-82ab-4cf5-8d16-48dfd2750490</vt:lpwstr>
  </property>
  <property fmtid="{D5CDD505-2E9C-101B-9397-08002B2CF9AE}" pid="8" name="MSIP_Label_9fedad31-c0c2-44e8-b26c-75143ee7ed65_ContentBits">
    <vt:lpwstr>0</vt:lpwstr>
  </property>
</Properties>
</file>