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8022" w14:textId="77777777" w:rsidR="004D7DDF" w:rsidRDefault="005522D0">
      <w:pPr>
        <w:jc w:val="center"/>
      </w:pPr>
      <w:r>
        <w:rPr>
          <w:b/>
          <w:color w:val="1F4E79"/>
          <w:sz w:val="24"/>
        </w:rPr>
        <w:t>Scottish Borders Council</w:t>
      </w:r>
    </w:p>
    <w:p w14:paraId="36695784" w14:textId="77777777" w:rsidR="004D7DDF" w:rsidRDefault="005522D0">
      <w:pPr>
        <w:jc w:val="center"/>
      </w:pPr>
      <w:r>
        <w:rPr>
          <w:b/>
          <w:color w:val="1F4E79"/>
          <w:sz w:val="34"/>
        </w:rPr>
        <w:t>Application Form for Bereaved Partner’s Paternity Leave</w:t>
      </w:r>
    </w:p>
    <w:tbl>
      <w:tblPr>
        <w:tblW w:w="0" w:type="auto"/>
        <w:jc w:val="center"/>
        <w:tblLook w:val="04A0" w:firstRow="1" w:lastRow="0" w:firstColumn="1" w:lastColumn="0" w:noHBand="0" w:noVBand="1"/>
      </w:tblPr>
      <w:tblGrid>
        <w:gridCol w:w="10338"/>
      </w:tblGrid>
      <w:tr w:rsidR="004D7DDF" w14:paraId="35912145" w14:textId="77777777">
        <w:trPr>
          <w:jc w:val="center"/>
        </w:trPr>
        <w:tc>
          <w:tcPr>
            <w:tcW w:w="10368" w:type="dxa"/>
            <w:tcBorders>
              <w:top w:val="single" w:sz="12" w:space="0" w:color="8BA9C4"/>
              <w:left w:val="single" w:sz="12" w:space="0" w:color="8BA9C4"/>
              <w:bottom w:val="single" w:sz="12" w:space="0" w:color="8BA9C4"/>
              <w:right w:val="single" w:sz="12" w:space="0" w:color="8BA9C4"/>
            </w:tcBorders>
            <w:shd w:val="clear" w:color="auto" w:fill="F3F8FC"/>
          </w:tcPr>
          <w:p w14:paraId="024F4184" w14:textId="77777777" w:rsidR="004D7DDF" w:rsidRDefault="005522D0">
            <w:r>
              <w:rPr>
                <w:b/>
                <w:color w:val="1F4E79"/>
              </w:rPr>
              <w:t xml:space="preserve">Use this form to request Bereaved Partner’s Paternity Leave. </w:t>
            </w:r>
            <w:r>
              <w:t>This is a sensitive and exceptional leave request. Complete as much information as possible and submit to your line manager and HR Shared Services. If any details are not available immediately, they can be provided later where reasonably practicable.</w:t>
            </w:r>
          </w:p>
        </w:tc>
      </w:tr>
    </w:tbl>
    <w:p w14:paraId="1BB63661" w14:textId="77777777" w:rsidR="004D7DDF" w:rsidRDefault="005522D0">
      <w:pPr>
        <w:pStyle w:val="Heading2"/>
      </w:pPr>
      <w:r>
        <w:t>1. Employee details</w:t>
      </w:r>
    </w:p>
    <w:tbl>
      <w:tblPr>
        <w:tblW w:w="0" w:type="auto"/>
        <w:jc w:val="center"/>
        <w:tblLayout w:type="fixed"/>
        <w:tblLook w:val="04A0" w:firstRow="1" w:lastRow="0" w:firstColumn="1" w:lastColumn="0" w:noHBand="0" w:noVBand="1"/>
      </w:tblPr>
      <w:tblGrid>
        <w:gridCol w:w="3816"/>
        <w:gridCol w:w="5256"/>
      </w:tblGrid>
      <w:tr w:rsidR="004D7DDF" w14:paraId="1DF1C47B"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3850D758" w14:textId="77777777" w:rsidR="004D7DDF" w:rsidRDefault="005522D0">
            <w:pPr>
              <w:spacing w:after="0"/>
            </w:pPr>
            <w:r>
              <w:rPr>
                <w:b/>
                <w:color w:val="1F4E79"/>
                <w:sz w:val="19"/>
              </w:rPr>
              <w:t>Full name</w:t>
            </w:r>
          </w:p>
        </w:tc>
        <w:tc>
          <w:tcPr>
            <w:tcW w:w="5256" w:type="dxa"/>
            <w:tcBorders>
              <w:top w:val="single" w:sz="6" w:space="0" w:color="C7D0D9"/>
              <w:left w:val="single" w:sz="6" w:space="0" w:color="C7D0D9"/>
              <w:bottom w:val="single" w:sz="6" w:space="0" w:color="C7D0D9"/>
              <w:right w:val="single" w:sz="6" w:space="0" w:color="C7D0D9"/>
            </w:tcBorders>
            <w:vAlign w:val="center"/>
          </w:tcPr>
          <w:p w14:paraId="106215FA" w14:textId="77777777" w:rsidR="004D7DDF" w:rsidRDefault="004D7DDF">
            <w:pPr>
              <w:spacing w:after="0"/>
            </w:pPr>
          </w:p>
        </w:tc>
      </w:tr>
      <w:tr w:rsidR="004D7DDF" w14:paraId="463D11A2"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5F0B600C" w14:textId="77777777" w:rsidR="004D7DDF" w:rsidRDefault="005522D0">
            <w:pPr>
              <w:spacing w:after="0"/>
            </w:pPr>
            <w:r>
              <w:rPr>
                <w:b/>
                <w:color w:val="1F4E79"/>
                <w:sz w:val="19"/>
              </w:rPr>
              <w:t>Employee number</w:t>
            </w:r>
          </w:p>
        </w:tc>
        <w:tc>
          <w:tcPr>
            <w:tcW w:w="5256" w:type="dxa"/>
            <w:tcBorders>
              <w:top w:val="single" w:sz="6" w:space="0" w:color="C7D0D9"/>
              <w:left w:val="single" w:sz="6" w:space="0" w:color="C7D0D9"/>
              <w:bottom w:val="single" w:sz="6" w:space="0" w:color="C7D0D9"/>
              <w:right w:val="single" w:sz="6" w:space="0" w:color="C7D0D9"/>
            </w:tcBorders>
            <w:vAlign w:val="center"/>
          </w:tcPr>
          <w:p w14:paraId="5270A37F" w14:textId="77777777" w:rsidR="004D7DDF" w:rsidRDefault="004D7DDF">
            <w:pPr>
              <w:spacing w:after="0"/>
            </w:pPr>
          </w:p>
        </w:tc>
      </w:tr>
      <w:tr w:rsidR="004D7DDF" w14:paraId="7BB9549C"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FDA4D2B" w14:textId="77777777" w:rsidR="004D7DDF" w:rsidRDefault="005522D0">
            <w:pPr>
              <w:spacing w:after="0"/>
            </w:pPr>
            <w:r>
              <w:rPr>
                <w:b/>
                <w:color w:val="1F4E79"/>
                <w:sz w:val="19"/>
              </w:rPr>
              <w:t>Job title</w:t>
            </w:r>
          </w:p>
        </w:tc>
        <w:tc>
          <w:tcPr>
            <w:tcW w:w="5256" w:type="dxa"/>
            <w:tcBorders>
              <w:top w:val="single" w:sz="6" w:space="0" w:color="C7D0D9"/>
              <w:left w:val="single" w:sz="6" w:space="0" w:color="C7D0D9"/>
              <w:bottom w:val="single" w:sz="6" w:space="0" w:color="C7D0D9"/>
              <w:right w:val="single" w:sz="6" w:space="0" w:color="C7D0D9"/>
            </w:tcBorders>
            <w:vAlign w:val="center"/>
          </w:tcPr>
          <w:p w14:paraId="64CF31E0" w14:textId="77777777" w:rsidR="004D7DDF" w:rsidRDefault="004D7DDF">
            <w:pPr>
              <w:spacing w:after="0"/>
            </w:pPr>
          </w:p>
        </w:tc>
      </w:tr>
      <w:tr w:rsidR="004D7DDF" w14:paraId="4008E965"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0FEFD6A4" w14:textId="77777777" w:rsidR="004D7DDF" w:rsidRDefault="005522D0">
            <w:pPr>
              <w:spacing w:after="0"/>
            </w:pPr>
            <w:r>
              <w:rPr>
                <w:b/>
                <w:color w:val="1F4E79"/>
                <w:sz w:val="19"/>
              </w:rPr>
              <w:t>Service / Department</w:t>
            </w:r>
          </w:p>
        </w:tc>
        <w:tc>
          <w:tcPr>
            <w:tcW w:w="5256" w:type="dxa"/>
            <w:tcBorders>
              <w:top w:val="single" w:sz="6" w:space="0" w:color="C7D0D9"/>
              <w:left w:val="single" w:sz="6" w:space="0" w:color="C7D0D9"/>
              <w:bottom w:val="single" w:sz="6" w:space="0" w:color="C7D0D9"/>
              <w:right w:val="single" w:sz="6" w:space="0" w:color="C7D0D9"/>
            </w:tcBorders>
            <w:vAlign w:val="center"/>
          </w:tcPr>
          <w:p w14:paraId="7F0A0FB1" w14:textId="77777777" w:rsidR="004D7DDF" w:rsidRDefault="004D7DDF">
            <w:pPr>
              <w:spacing w:after="0"/>
            </w:pPr>
          </w:p>
        </w:tc>
      </w:tr>
      <w:tr w:rsidR="004D7DDF" w14:paraId="05828787"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30EE9757" w14:textId="77777777" w:rsidR="004D7DDF" w:rsidRDefault="005522D0">
            <w:pPr>
              <w:spacing w:after="0"/>
            </w:pPr>
            <w:r>
              <w:rPr>
                <w:b/>
                <w:color w:val="1F4E79"/>
                <w:sz w:val="19"/>
              </w:rPr>
              <w:t>Line manager name</w:t>
            </w:r>
          </w:p>
        </w:tc>
        <w:tc>
          <w:tcPr>
            <w:tcW w:w="5256" w:type="dxa"/>
            <w:tcBorders>
              <w:top w:val="single" w:sz="6" w:space="0" w:color="C7D0D9"/>
              <w:left w:val="single" w:sz="6" w:space="0" w:color="C7D0D9"/>
              <w:bottom w:val="single" w:sz="6" w:space="0" w:color="C7D0D9"/>
              <w:right w:val="single" w:sz="6" w:space="0" w:color="C7D0D9"/>
            </w:tcBorders>
            <w:vAlign w:val="center"/>
          </w:tcPr>
          <w:p w14:paraId="4C30C1AA" w14:textId="77777777" w:rsidR="004D7DDF" w:rsidRDefault="004D7DDF">
            <w:pPr>
              <w:spacing w:after="0"/>
            </w:pPr>
          </w:p>
        </w:tc>
      </w:tr>
      <w:tr w:rsidR="004D7DDF" w14:paraId="4503D4B6"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7B9607AD" w14:textId="77777777" w:rsidR="004D7DDF" w:rsidRDefault="005522D0">
            <w:pPr>
              <w:spacing w:after="0"/>
            </w:pPr>
            <w:r>
              <w:rPr>
                <w:b/>
                <w:color w:val="1F4E79"/>
                <w:sz w:val="19"/>
              </w:rPr>
              <w:t>Work email / contact number</w:t>
            </w:r>
          </w:p>
        </w:tc>
        <w:tc>
          <w:tcPr>
            <w:tcW w:w="5256" w:type="dxa"/>
            <w:tcBorders>
              <w:top w:val="single" w:sz="6" w:space="0" w:color="C7D0D9"/>
              <w:left w:val="single" w:sz="6" w:space="0" w:color="C7D0D9"/>
              <w:bottom w:val="single" w:sz="6" w:space="0" w:color="C7D0D9"/>
              <w:right w:val="single" w:sz="6" w:space="0" w:color="C7D0D9"/>
            </w:tcBorders>
            <w:vAlign w:val="center"/>
          </w:tcPr>
          <w:p w14:paraId="45B17C8C" w14:textId="77777777" w:rsidR="004D7DDF" w:rsidRDefault="004D7DDF">
            <w:pPr>
              <w:spacing w:after="0"/>
            </w:pPr>
          </w:p>
        </w:tc>
      </w:tr>
      <w:tr w:rsidR="004D7DDF" w14:paraId="3EA356A7"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3F041964" w14:textId="77777777" w:rsidR="004D7DDF" w:rsidRDefault="005522D0">
            <w:pPr>
              <w:spacing w:after="0"/>
            </w:pPr>
            <w:r>
              <w:rPr>
                <w:b/>
                <w:color w:val="1F4E79"/>
                <w:sz w:val="19"/>
              </w:rPr>
              <w:t>Home address</w:t>
            </w:r>
          </w:p>
        </w:tc>
        <w:tc>
          <w:tcPr>
            <w:tcW w:w="5256" w:type="dxa"/>
            <w:tcBorders>
              <w:top w:val="single" w:sz="6" w:space="0" w:color="C7D0D9"/>
              <w:left w:val="single" w:sz="6" w:space="0" w:color="C7D0D9"/>
              <w:bottom w:val="single" w:sz="6" w:space="0" w:color="C7D0D9"/>
              <w:right w:val="single" w:sz="6" w:space="0" w:color="C7D0D9"/>
            </w:tcBorders>
            <w:vAlign w:val="center"/>
          </w:tcPr>
          <w:p w14:paraId="1B4EF1EA" w14:textId="77777777" w:rsidR="004D7DDF" w:rsidRDefault="004D7DDF">
            <w:pPr>
              <w:spacing w:after="0"/>
            </w:pPr>
          </w:p>
        </w:tc>
      </w:tr>
      <w:tr w:rsidR="004D7DDF" w14:paraId="03CC5104"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1B402ACC" w14:textId="77777777" w:rsidR="004D7DDF" w:rsidRDefault="005522D0">
            <w:pPr>
              <w:spacing w:after="0"/>
            </w:pPr>
            <w:r>
              <w:rPr>
                <w:b/>
                <w:color w:val="1F4E79"/>
                <w:sz w:val="19"/>
              </w:rPr>
              <w:t>Postcode</w:t>
            </w:r>
          </w:p>
        </w:tc>
        <w:tc>
          <w:tcPr>
            <w:tcW w:w="5256" w:type="dxa"/>
            <w:tcBorders>
              <w:top w:val="single" w:sz="6" w:space="0" w:color="C7D0D9"/>
              <w:left w:val="single" w:sz="6" w:space="0" w:color="C7D0D9"/>
              <w:bottom w:val="single" w:sz="6" w:space="0" w:color="C7D0D9"/>
              <w:right w:val="single" w:sz="6" w:space="0" w:color="C7D0D9"/>
            </w:tcBorders>
            <w:vAlign w:val="center"/>
          </w:tcPr>
          <w:p w14:paraId="07B69DB1" w14:textId="77777777" w:rsidR="004D7DDF" w:rsidRDefault="004D7DDF">
            <w:pPr>
              <w:spacing w:after="0"/>
            </w:pPr>
          </w:p>
        </w:tc>
      </w:tr>
    </w:tbl>
    <w:p w14:paraId="504CC564" w14:textId="77777777" w:rsidR="004D7DDF" w:rsidRDefault="004D7DDF"/>
    <w:p w14:paraId="2C3D7D59" w14:textId="77777777" w:rsidR="004D7DDF" w:rsidRDefault="005522D0">
      <w:pPr>
        <w:pStyle w:val="Heading2"/>
      </w:pPr>
      <w:r>
        <w:t>2. Child details</w:t>
      </w:r>
    </w:p>
    <w:tbl>
      <w:tblPr>
        <w:tblW w:w="0" w:type="auto"/>
        <w:jc w:val="center"/>
        <w:tblLayout w:type="fixed"/>
        <w:tblLook w:val="04A0" w:firstRow="1" w:lastRow="0" w:firstColumn="1" w:lastColumn="0" w:noHBand="0" w:noVBand="1"/>
      </w:tblPr>
      <w:tblGrid>
        <w:gridCol w:w="3816"/>
        <w:gridCol w:w="5256"/>
      </w:tblGrid>
      <w:tr w:rsidR="004D7DDF" w14:paraId="08A79376"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4DFE8803" w14:textId="77777777" w:rsidR="004D7DDF" w:rsidRDefault="005522D0">
            <w:pPr>
              <w:spacing w:after="0"/>
            </w:pPr>
            <w:r>
              <w:rPr>
                <w:b/>
                <w:color w:val="1F4E79"/>
                <w:sz w:val="19"/>
              </w:rPr>
              <w:t>Child’s full name</w:t>
            </w:r>
          </w:p>
        </w:tc>
        <w:tc>
          <w:tcPr>
            <w:tcW w:w="5256" w:type="dxa"/>
            <w:tcBorders>
              <w:top w:val="single" w:sz="6" w:space="0" w:color="C7D0D9"/>
              <w:left w:val="single" w:sz="6" w:space="0" w:color="C7D0D9"/>
              <w:bottom w:val="single" w:sz="6" w:space="0" w:color="C7D0D9"/>
              <w:right w:val="single" w:sz="6" w:space="0" w:color="C7D0D9"/>
            </w:tcBorders>
            <w:vAlign w:val="center"/>
          </w:tcPr>
          <w:p w14:paraId="38B4BC46" w14:textId="77777777" w:rsidR="004D7DDF" w:rsidRDefault="005522D0">
            <w:pPr>
              <w:spacing w:after="0"/>
            </w:pPr>
            <w:r>
              <w:rPr>
                <w:color w:val="505050"/>
                <w:sz w:val="19"/>
              </w:rPr>
              <w:t>If known</w:t>
            </w:r>
          </w:p>
        </w:tc>
      </w:tr>
      <w:tr w:rsidR="004D7DDF" w14:paraId="0EFA392B"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1FD0DB07" w14:textId="77777777" w:rsidR="004D7DDF" w:rsidRDefault="005522D0">
            <w:pPr>
              <w:spacing w:after="0"/>
            </w:pPr>
            <w:r>
              <w:rPr>
                <w:b/>
                <w:color w:val="1F4E79"/>
                <w:sz w:val="19"/>
              </w:rPr>
              <w:t>Child’s date of birth</w:t>
            </w:r>
          </w:p>
        </w:tc>
        <w:tc>
          <w:tcPr>
            <w:tcW w:w="5256" w:type="dxa"/>
            <w:tcBorders>
              <w:top w:val="single" w:sz="6" w:space="0" w:color="C7D0D9"/>
              <w:left w:val="single" w:sz="6" w:space="0" w:color="C7D0D9"/>
              <w:bottom w:val="single" w:sz="6" w:space="0" w:color="C7D0D9"/>
              <w:right w:val="single" w:sz="6" w:space="0" w:color="C7D0D9"/>
            </w:tcBorders>
            <w:vAlign w:val="center"/>
          </w:tcPr>
          <w:p w14:paraId="2A6F681F" w14:textId="77777777" w:rsidR="004D7DDF" w:rsidRDefault="005522D0">
            <w:pPr>
              <w:spacing w:after="0"/>
            </w:pPr>
            <w:r>
              <w:rPr>
                <w:color w:val="505050"/>
                <w:sz w:val="19"/>
              </w:rPr>
              <w:t>DD/MM/YYYY</w:t>
            </w:r>
          </w:p>
        </w:tc>
      </w:tr>
      <w:tr w:rsidR="004D7DDF" w14:paraId="1598A965"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306FDA2C" w14:textId="77777777" w:rsidR="004D7DDF" w:rsidRDefault="005522D0">
            <w:pPr>
              <w:spacing w:after="0"/>
            </w:pPr>
            <w:r>
              <w:rPr>
                <w:b/>
                <w:color w:val="1F4E79"/>
                <w:sz w:val="19"/>
              </w:rPr>
              <w:t>If adopted: date of placement / arrival in Great Britain</w:t>
            </w:r>
          </w:p>
        </w:tc>
        <w:tc>
          <w:tcPr>
            <w:tcW w:w="5256" w:type="dxa"/>
            <w:tcBorders>
              <w:top w:val="single" w:sz="6" w:space="0" w:color="C7D0D9"/>
              <w:left w:val="single" w:sz="6" w:space="0" w:color="C7D0D9"/>
              <w:bottom w:val="single" w:sz="6" w:space="0" w:color="C7D0D9"/>
              <w:right w:val="single" w:sz="6" w:space="0" w:color="C7D0D9"/>
            </w:tcBorders>
            <w:vAlign w:val="center"/>
          </w:tcPr>
          <w:p w14:paraId="4E11A2A0" w14:textId="77777777" w:rsidR="004D7DDF" w:rsidRDefault="005522D0">
            <w:pPr>
              <w:spacing w:after="0"/>
            </w:pPr>
            <w:r>
              <w:rPr>
                <w:color w:val="505050"/>
                <w:sz w:val="19"/>
              </w:rPr>
              <w:t>DD/MM/YYYY or N/A</w:t>
            </w:r>
          </w:p>
        </w:tc>
      </w:tr>
      <w:tr w:rsidR="004D7DDF" w14:paraId="37777D0E"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1CA7564B" w14:textId="77777777" w:rsidR="004D7DDF" w:rsidRDefault="005522D0">
            <w:pPr>
              <w:spacing w:after="0"/>
            </w:pPr>
            <w:r>
              <w:rPr>
                <w:b/>
                <w:color w:val="1F4E79"/>
                <w:sz w:val="19"/>
              </w:rPr>
              <w:t>Is the child under one year old?</w:t>
            </w:r>
          </w:p>
        </w:tc>
        <w:tc>
          <w:tcPr>
            <w:tcW w:w="5256" w:type="dxa"/>
            <w:tcBorders>
              <w:top w:val="single" w:sz="6" w:space="0" w:color="C7D0D9"/>
              <w:left w:val="single" w:sz="6" w:space="0" w:color="C7D0D9"/>
              <w:bottom w:val="single" w:sz="6" w:space="0" w:color="C7D0D9"/>
              <w:right w:val="single" w:sz="6" w:space="0" w:color="C7D0D9"/>
            </w:tcBorders>
            <w:vAlign w:val="center"/>
          </w:tcPr>
          <w:p w14:paraId="5AA6437A" w14:textId="77777777" w:rsidR="004D7DDF" w:rsidRDefault="005522D0">
            <w:pPr>
              <w:spacing w:after="0"/>
            </w:pPr>
            <w:sdt>
              <w:sdtPr>
                <w:alias w:val="chk_149174"/>
                <w:tag w:val="chk_149174"/>
                <w:id w:val="1751919"/>
                <w14:checkbox>
                  <w14:checked w14:val="0"/>
                  <w14:checkedState w14:val="2612" w14:font="MS Gothic"/>
                  <w14:uncheckedState w14:val="2610" w14:font="MS Gothic"/>
                </w14:checkbox>
              </w:sdtPr>
              <w:sdtEndPr/>
              <w:sdtContent>
                <w:r>
                  <w:rPr>
                    <w:sz w:val="22"/>
                  </w:rPr>
                  <w:t>☐</w:t>
                </w:r>
              </w:sdtContent>
            </w:sdt>
            <w:r>
              <w:rPr>
                <w:color w:val="505050"/>
                <w:sz w:val="19"/>
              </w:rPr>
              <w:t xml:space="preserve"> Yes    </w:t>
            </w:r>
            <w:sdt>
              <w:sdtPr>
                <w:alias w:val="chk_443039"/>
                <w:tag w:val="chk_443039"/>
                <w:id w:val="8022542"/>
                <w14:checkbox>
                  <w14:checked w14:val="0"/>
                  <w14:checkedState w14:val="2612" w14:font="MS Gothic"/>
                  <w14:uncheckedState w14:val="2610" w14:font="MS Gothic"/>
                </w14:checkbox>
              </w:sdtPr>
              <w:sdtEndPr/>
              <w:sdtContent>
                <w:r>
                  <w:rPr>
                    <w:sz w:val="22"/>
                  </w:rPr>
                  <w:t>☐</w:t>
                </w:r>
              </w:sdtContent>
            </w:sdt>
            <w:r>
              <w:rPr>
                <w:color w:val="505050"/>
                <w:sz w:val="19"/>
              </w:rPr>
              <w:t xml:space="preserve"> No</w:t>
            </w:r>
          </w:p>
        </w:tc>
      </w:tr>
      <w:tr w:rsidR="004D7DDF" w14:paraId="3675EC05"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7E0564D7" w14:textId="77777777" w:rsidR="004D7DDF" w:rsidRDefault="005522D0">
            <w:pPr>
              <w:spacing w:after="0"/>
            </w:pPr>
            <w:r>
              <w:rPr>
                <w:b/>
                <w:color w:val="1F4E79"/>
                <w:sz w:val="19"/>
              </w:rPr>
              <w:t>Is this a multiple birth / placement?</w:t>
            </w:r>
          </w:p>
        </w:tc>
        <w:tc>
          <w:tcPr>
            <w:tcW w:w="5256" w:type="dxa"/>
            <w:tcBorders>
              <w:top w:val="single" w:sz="6" w:space="0" w:color="C7D0D9"/>
              <w:left w:val="single" w:sz="6" w:space="0" w:color="C7D0D9"/>
              <w:bottom w:val="single" w:sz="6" w:space="0" w:color="C7D0D9"/>
              <w:right w:val="single" w:sz="6" w:space="0" w:color="C7D0D9"/>
            </w:tcBorders>
            <w:vAlign w:val="center"/>
          </w:tcPr>
          <w:p w14:paraId="2FFA7562" w14:textId="11BE2C2B" w:rsidR="004D7DDF" w:rsidRDefault="005522D0">
            <w:pPr>
              <w:spacing w:after="0"/>
            </w:pPr>
            <w:sdt>
              <w:sdtPr>
                <w:alias w:val="chk_544551"/>
                <w:tag w:val="chk_544551"/>
                <w:id w:val="2322977"/>
                <w14:checkbox>
                  <w14:checked w14:val="0"/>
                  <w14:checkedState w14:val="2612" w14:font="MS Gothic"/>
                  <w14:uncheckedState w14:val="2610" w14:font="MS Gothic"/>
                </w14:checkbox>
              </w:sdtPr>
              <w:sdtEndPr/>
              <w:sdtContent>
                <w:r w:rsidR="00652691">
                  <w:rPr>
                    <w:rFonts w:ascii="MS Gothic" w:eastAsia="MS Gothic" w:hAnsi="MS Gothic" w:hint="eastAsia"/>
                  </w:rPr>
                  <w:t>☐</w:t>
                </w:r>
              </w:sdtContent>
            </w:sdt>
            <w:r>
              <w:rPr>
                <w:color w:val="505050"/>
                <w:sz w:val="19"/>
              </w:rPr>
              <w:t xml:space="preserve"> No    </w:t>
            </w:r>
            <w:sdt>
              <w:sdtPr>
                <w:alias w:val="chk_530716"/>
                <w:tag w:val="chk_530716"/>
                <w:id w:val="4444965"/>
                <w14:checkbox>
                  <w14:checked w14:val="0"/>
                  <w14:checkedState w14:val="2612" w14:font="MS Gothic"/>
                  <w14:uncheckedState w14:val="2610" w14:font="MS Gothic"/>
                </w14:checkbox>
              </w:sdtPr>
              <w:sdtEndPr/>
              <w:sdtContent>
                <w:r>
                  <w:rPr>
                    <w:sz w:val="22"/>
                  </w:rPr>
                  <w:t>☐</w:t>
                </w:r>
              </w:sdtContent>
            </w:sdt>
            <w:r>
              <w:rPr>
                <w:color w:val="505050"/>
                <w:sz w:val="19"/>
              </w:rPr>
              <w:t xml:space="preserve"> Yes - please provide details below</w:t>
            </w:r>
          </w:p>
        </w:tc>
      </w:tr>
      <w:tr w:rsidR="004D7DDF" w14:paraId="4ABF857C"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64EC573A" w14:textId="77777777" w:rsidR="004D7DDF" w:rsidRDefault="005522D0">
            <w:pPr>
              <w:spacing w:after="0"/>
            </w:pPr>
            <w:r>
              <w:rPr>
                <w:b/>
                <w:color w:val="1F4E79"/>
                <w:sz w:val="19"/>
              </w:rPr>
              <w:t>Additional information</w:t>
            </w:r>
          </w:p>
        </w:tc>
        <w:tc>
          <w:tcPr>
            <w:tcW w:w="5256" w:type="dxa"/>
            <w:tcBorders>
              <w:top w:val="single" w:sz="6" w:space="0" w:color="C7D0D9"/>
              <w:left w:val="single" w:sz="6" w:space="0" w:color="C7D0D9"/>
              <w:bottom w:val="single" w:sz="6" w:space="0" w:color="C7D0D9"/>
              <w:right w:val="single" w:sz="6" w:space="0" w:color="C7D0D9"/>
            </w:tcBorders>
            <w:vAlign w:val="center"/>
          </w:tcPr>
          <w:p w14:paraId="59DB3CFC" w14:textId="77777777" w:rsidR="004D7DDF" w:rsidRDefault="004D7DDF">
            <w:pPr>
              <w:spacing w:after="0"/>
            </w:pPr>
          </w:p>
        </w:tc>
      </w:tr>
    </w:tbl>
    <w:p w14:paraId="3070BC24" w14:textId="77777777" w:rsidR="004D7DDF" w:rsidRDefault="004D7DDF"/>
    <w:p w14:paraId="6FEE7F9A" w14:textId="77777777" w:rsidR="004D7DDF" w:rsidRDefault="005522D0">
      <w:pPr>
        <w:pStyle w:val="Heading2"/>
      </w:pPr>
      <w:r>
        <w:t>3. Bereavement details</w:t>
      </w:r>
    </w:p>
    <w:tbl>
      <w:tblPr>
        <w:tblW w:w="0" w:type="auto"/>
        <w:jc w:val="center"/>
        <w:tblLayout w:type="fixed"/>
        <w:tblLook w:val="04A0" w:firstRow="1" w:lastRow="0" w:firstColumn="1" w:lastColumn="0" w:noHBand="0" w:noVBand="1"/>
      </w:tblPr>
      <w:tblGrid>
        <w:gridCol w:w="3816"/>
        <w:gridCol w:w="5256"/>
      </w:tblGrid>
      <w:tr w:rsidR="004D7DDF" w14:paraId="740E1B71"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BA21E93" w14:textId="77777777" w:rsidR="004D7DDF" w:rsidRDefault="005522D0">
            <w:pPr>
              <w:spacing w:after="0"/>
            </w:pPr>
            <w:r>
              <w:rPr>
                <w:b/>
                <w:color w:val="1F4E79"/>
                <w:sz w:val="19"/>
              </w:rPr>
              <w:t>Name of deceased parent / main adopter / main intended parent</w:t>
            </w:r>
          </w:p>
        </w:tc>
        <w:tc>
          <w:tcPr>
            <w:tcW w:w="5256" w:type="dxa"/>
            <w:tcBorders>
              <w:top w:val="single" w:sz="6" w:space="0" w:color="C7D0D9"/>
              <w:left w:val="single" w:sz="6" w:space="0" w:color="C7D0D9"/>
              <w:bottom w:val="single" w:sz="6" w:space="0" w:color="C7D0D9"/>
              <w:right w:val="single" w:sz="6" w:space="0" w:color="C7D0D9"/>
            </w:tcBorders>
            <w:vAlign w:val="center"/>
          </w:tcPr>
          <w:p w14:paraId="057BA8F9" w14:textId="77777777" w:rsidR="004D7DDF" w:rsidRDefault="004D7DDF">
            <w:pPr>
              <w:spacing w:after="0"/>
            </w:pPr>
          </w:p>
        </w:tc>
      </w:tr>
      <w:tr w:rsidR="004D7DDF" w14:paraId="487AE91C"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5C3FA6B9" w14:textId="77777777" w:rsidR="004D7DDF" w:rsidRDefault="005522D0">
            <w:pPr>
              <w:spacing w:after="0"/>
            </w:pPr>
            <w:r>
              <w:rPr>
                <w:b/>
                <w:color w:val="1F4E79"/>
                <w:sz w:val="19"/>
              </w:rPr>
              <w:t>Date of death</w:t>
            </w:r>
          </w:p>
        </w:tc>
        <w:tc>
          <w:tcPr>
            <w:tcW w:w="5256" w:type="dxa"/>
            <w:tcBorders>
              <w:top w:val="single" w:sz="6" w:space="0" w:color="C7D0D9"/>
              <w:left w:val="single" w:sz="6" w:space="0" w:color="C7D0D9"/>
              <w:bottom w:val="single" w:sz="6" w:space="0" w:color="C7D0D9"/>
              <w:right w:val="single" w:sz="6" w:space="0" w:color="C7D0D9"/>
            </w:tcBorders>
            <w:vAlign w:val="center"/>
          </w:tcPr>
          <w:p w14:paraId="10EBFDF9" w14:textId="77777777" w:rsidR="004D7DDF" w:rsidRDefault="005522D0">
            <w:pPr>
              <w:spacing w:after="0"/>
            </w:pPr>
            <w:r>
              <w:rPr>
                <w:color w:val="505050"/>
                <w:sz w:val="19"/>
              </w:rPr>
              <w:t>DD/MM/YYYY</w:t>
            </w:r>
          </w:p>
        </w:tc>
      </w:tr>
      <w:tr w:rsidR="004D7DDF" w14:paraId="1E7799EE"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E4DC518" w14:textId="77777777" w:rsidR="004D7DDF" w:rsidRDefault="005522D0">
            <w:pPr>
              <w:spacing w:after="0"/>
            </w:pPr>
            <w:r>
              <w:rPr>
                <w:b/>
                <w:color w:val="1F4E79"/>
                <w:sz w:val="19"/>
              </w:rPr>
              <w:t>Relationship of deceased person to the child</w:t>
            </w:r>
          </w:p>
        </w:tc>
        <w:tc>
          <w:tcPr>
            <w:tcW w:w="5256" w:type="dxa"/>
            <w:tcBorders>
              <w:top w:val="single" w:sz="6" w:space="0" w:color="C7D0D9"/>
              <w:left w:val="single" w:sz="6" w:space="0" w:color="C7D0D9"/>
              <w:bottom w:val="single" w:sz="6" w:space="0" w:color="C7D0D9"/>
              <w:right w:val="single" w:sz="6" w:space="0" w:color="C7D0D9"/>
            </w:tcBorders>
            <w:vAlign w:val="center"/>
          </w:tcPr>
          <w:p w14:paraId="788EEF19" w14:textId="77777777" w:rsidR="004D7DDF" w:rsidRDefault="005522D0">
            <w:pPr>
              <w:spacing w:after="0"/>
            </w:pPr>
            <w:sdt>
              <w:sdtPr>
                <w:alias w:val="chk_878457"/>
                <w:tag w:val="chk_878457"/>
                <w:id w:val="1268159"/>
                <w14:checkbox>
                  <w14:checked w14:val="0"/>
                  <w14:checkedState w14:val="2612" w14:font="MS Gothic"/>
                  <w14:uncheckedState w14:val="2610" w14:font="MS Gothic"/>
                </w14:checkbox>
              </w:sdtPr>
              <w:sdtEndPr/>
              <w:sdtContent>
                <w:r>
                  <w:rPr>
                    <w:sz w:val="22"/>
                  </w:rPr>
                  <w:t>☐</w:t>
                </w:r>
              </w:sdtContent>
            </w:sdt>
            <w:r>
              <w:rPr>
                <w:color w:val="505050"/>
                <w:sz w:val="19"/>
              </w:rPr>
              <w:t xml:space="preserve"> Mother / parent who gave birth    </w:t>
            </w:r>
            <w:sdt>
              <w:sdtPr>
                <w:alias w:val="chk_253844"/>
                <w:tag w:val="chk_253844"/>
                <w:id w:val="1010332"/>
                <w14:checkbox>
                  <w14:checked w14:val="0"/>
                  <w14:checkedState w14:val="2612" w14:font="MS Gothic"/>
                  <w14:uncheckedState w14:val="2610" w14:font="MS Gothic"/>
                </w14:checkbox>
              </w:sdtPr>
              <w:sdtEndPr/>
              <w:sdtContent>
                <w:r>
                  <w:rPr>
                    <w:sz w:val="22"/>
                  </w:rPr>
                  <w:t>☐</w:t>
                </w:r>
              </w:sdtContent>
            </w:sdt>
            <w:r>
              <w:rPr>
                <w:color w:val="505050"/>
                <w:sz w:val="19"/>
              </w:rPr>
              <w:t xml:space="preserve"> Main adopter    </w:t>
            </w:r>
            <w:sdt>
              <w:sdtPr>
                <w:alias w:val="chk_735044"/>
                <w:tag w:val="chk_735044"/>
                <w:id w:val="1680691"/>
                <w14:checkbox>
                  <w14:checked w14:val="0"/>
                  <w14:checkedState w14:val="2612" w14:font="MS Gothic"/>
                  <w14:uncheckedState w14:val="2610" w14:font="MS Gothic"/>
                </w14:checkbox>
              </w:sdtPr>
              <w:sdtEndPr/>
              <w:sdtContent>
                <w:r>
                  <w:rPr>
                    <w:sz w:val="22"/>
                  </w:rPr>
                  <w:t>☐</w:t>
                </w:r>
              </w:sdtContent>
            </w:sdt>
            <w:r>
              <w:rPr>
                <w:color w:val="505050"/>
                <w:sz w:val="19"/>
              </w:rPr>
              <w:t xml:space="preserve"> Main intended parent</w:t>
            </w:r>
          </w:p>
        </w:tc>
      </w:tr>
      <w:tr w:rsidR="004D7DDF" w14:paraId="15A57D9A"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6D58FF13" w14:textId="77777777" w:rsidR="004D7DDF" w:rsidRDefault="005522D0">
            <w:pPr>
              <w:spacing w:after="0"/>
            </w:pPr>
            <w:r>
              <w:rPr>
                <w:b/>
                <w:color w:val="1F4E79"/>
                <w:sz w:val="19"/>
              </w:rPr>
              <w:t>Employee’s relationship to deceased person</w:t>
            </w:r>
          </w:p>
        </w:tc>
        <w:tc>
          <w:tcPr>
            <w:tcW w:w="5256" w:type="dxa"/>
            <w:tcBorders>
              <w:top w:val="single" w:sz="6" w:space="0" w:color="C7D0D9"/>
              <w:left w:val="single" w:sz="6" w:space="0" w:color="C7D0D9"/>
              <w:bottom w:val="single" w:sz="6" w:space="0" w:color="C7D0D9"/>
              <w:right w:val="single" w:sz="6" w:space="0" w:color="C7D0D9"/>
            </w:tcBorders>
            <w:vAlign w:val="center"/>
          </w:tcPr>
          <w:p w14:paraId="0A3E5DEA" w14:textId="77777777" w:rsidR="004D7DDF" w:rsidRDefault="005522D0">
            <w:pPr>
              <w:spacing w:after="0"/>
            </w:pPr>
            <w:sdt>
              <w:sdtPr>
                <w:alias w:val="chk_574689"/>
                <w:tag w:val="chk_574689"/>
                <w:id w:val="8433142"/>
                <w14:checkbox>
                  <w14:checked w14:val="0"/>
                  <w14:checkedState w14:val="2612" w14:font="MS Gothic"/>
                  <w14:uncheckedState w14:val="2610" w14:font="MS Gothic"/>
                </w14:checkbox>
              </w:sdtPr>
              <w:sdtEndPr/>
              <w:sdtContent>
                <w:r>
                  <w:rPr>
                    <w:sz w:val="22"/>
                  </w:rPr>
                  <w:t>☐</w:t>
                </w:r>
              </w:sdtContent>
            </w:sdt>
            <w:r>
              <w:rPr>
                <w:color w:val="505050"/>
                <w:sz w:val="19"/>
              </w:rPr>
              <w:t xml:space="preserve"> Spouse    </w:t>
            </w:r>
            <w:sdt>
              <w:sdtPr>
                <w:alias w:val="chk_403953"/>
                <w:tag w:val="chk_403953"/>
                <w:id w:val="4819763"/>
                <w14:checkbox>
                  <w14:checked w14:val="0"/>
                  <w14:checkedState w14:val="2612" w14:font="MS Gothic"/>
                  <w14:uncheckedState w14:val="2610" w14:font="MS Gothic"/>
                </w14:checkbox>
              </w:sdtPr>
              <w:sdtEndPr/>
              <w:sdtContent>
                <w:r>
                  <w:rPr>
                    <w:sz w:val="22"/>
                  </w:rPr>
                  <w:t>☐</w:t>
                </w:r>
              </w:sdtContent>
            </w:sdt>
            <w:r>
              <w:rPr>
                <w:color w:val="505050"/>
                <w:sz w:val="19"/>
              </w:rPr>
              <w:t xml:space="preserve"> Civil partner    </w:t>
            </w:r>
            <w:sdt>
              <w:sdtPr>
                <w:alias w:val="chk_500037"/>
                <w:tag w:val="chk_500037"/>
                <w:id w:val="7424251"/>
                <w14:checkbox>
                  <w14:checked w14:val="0"/>
                  <w14:checkedState w14:val="2612" w14:font="MS Gothic"/>
                  <w14:uncheckedState w14:val="2610" w14:font="MS Gothic"/>
                </w14:checkbox>
              </w:sdtPr>
              <w:sdtEndPr/>
              <w:sdtContent>
                <w:r>
                  <w:rPr>
                    <w:sz w:val="22"/>
                  </w:rPr>
                  <w:t>☐</w:t>
                </w:r>
              </w:sdtContent>
            </w:sdt>
            <w:r>
              <w:rPr>
                <w:color w:val="505050"/>
                <w:sz w:val="19"/>
              </w:rPr>
              <w:t xml:space="preserve"> Partner    </w:t>
            </w:r>
            <w:sdt>
              <w:sdtPr>
                <w:alias w:val="chk_649220"/>
                <w:tag w:val="chk_649220"/>
                <w:id w:val="1602554"/>
                <w14:checkbox>
                  <w14:checked w14:val="0"/>
                  <w14:checkedState w14:val="2612" w14:font="MS Gothic"/>
                  <w14:uncheckedState w14:val="2610" w14:font="MS Gothic"/>
                </w14:checkbox>
              </w:sdtPr>
              <w:sdtEndPr/>
              <w:sdtContent>
                <w:r>
                  <w:rPr>
                    <w:sz w:val="22"/>
                  </w:rPr>
                  <w:t>☐</w:t>
                </w:r>
              </w:sdtContent>
            </w:sdt>
            <w:r>
              <w:rPr>
                <w:color w:val="505050"/>
                <w:sz w:val="19"/>
              </w:rPr>
              <w:t xml:space="preserve"> Other: __________</w:t>
            </w:r>
          </w:p>
        </w:tc>
      </w:tr>
      <w:tr w:rsidR="004D7DDF" w14:paraId="4AF37409"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08D03B24" w14:textId="77777777" w:rsidR="004D7DDF" w:rsidRDefault="005522D0">
            <w:pPr>
              <w:spacing w:after="0"/>
            </w:pPr>
            <w:r>
              <w:rPr>
                <w:b/>
                <w:color w:val="1F4E79"/>
                <w:sz w:val="19"/>
              </w:rPr>
              <w:t>Was the death on or after 6 April 2026?</w:t>
            </w:r>
          </w:p>
        </w:tc>
        <w:tc>
          <w:tcPr>
            <w:tcW w:w="5256" w:type="dxa"/>
            <w:tcBorders>
              <w:top w:val="single" w:sz="6" w:space="0" w:color="C7D0D9"/>
              <w:left w:val="single" w:sz="6" w:space="0" w:color="C7D0D9"/>
              <w:bottom w:val="single" w:sz="6" w:space="0" w:color="C7D0D9"/>
              <w:right w:val="single" w:sz="6" w:space="0" w:color="C7D0D9"/>
            </w:tcBorders>
            <w:vAlign w:val="center"/>
          </w:tcPr>
          <w:p w14:paraId="37797E6A" w14:textId="77777777" w:rsidR="004D7DDF" w:rsidRDefault="005522D0">
            <w:pPr>
              <w:spacing w:after="0"/>
            </w:pPr>
            <w:sdt>
              <w:sdtPr>
                <w:alias w:val="chk_697461"/>
                <w:tag w:val="chk_697461"/>
                <w:id w:val="4359569"/>
                <w14:checkbox>
                  <w14:checked w14:val="0"/>
                  <w14:checkedState w14:val="2612" w14:font="MS Gothic"/>
                  <w14:uncheckedState w14:val="2610" w14:font="MS Gothic"/>
                </w14:checkbox>
              </w:sdtPr>
              <w:sdtEndPr/>
              <w:sdtContent>
                <w:r>
                  <w:rPr>
                    <w:sz w:val="22"/>
                  </w:rPr>
                  <w:t>☐</w:t>
                </w:r>
              </w:sdtContent>
            </w:sdt>
            <w:r>
              <w:rPr>
                <w:color w:val="505050"/>
                <w:sz w:val="19"/>
              </w:rPr>
              <w:t xml:space="preserve"> Yes    </w:t>
            </w:r>
            <w:sdt>
              <w:sdtPr>
                <w:alias w:val="chk_158598"/>
                <w:tag w:val="chk_158598"/>
                <w:id w:val="5539186"/>
                <w14:checkbox>
                  <w14:checked w14:val="0"/>
                  <w14:checkedState w14:val="2612" w14:font="MS Gothic"/>
                  <w14:uncheckedState w14:val="2610" w14:font="MS Gothic"/>
                </w14:checkbox>
              </w:sdtPr>
              <w:sdtEndPr/>
              <w:sdtContent>
                <w:r>
                  <w:rPr>
                    <w:sz w:val="22"/>
                  </w:rPr>
                  <w:t>☐</w:t>
                </w:r>
              </w:sdtContent>
            </w:sdt>
            <w:r>
              <w:rPr>
                <w:color w:val="505050"/>
                <w:sz w:val="19"/>
              </w:rPr>
              <w:t xml:space="preserve"> No</w:t>
            </w:r>
          </w:p>
        </w:tc>
      </w:tr>
      <w:tr w:rsidR="004D7DDF" w14:paraId="302F78C3"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78B75AB4" w14:textId="77777777" w:rsidR="004D7DDF" w:rsidRDefault="005522D0">
            <w:pPr>
              <w:spacing w:after="0"/>
            </w:pPr>
            <w:r>
              <w:rPr>
                <w:b/>
                <w:color w:val="1F4E79"/>
                <w:sz w:val="19"/>
              </w:rPr>
              <w:t>Any information HR should be aware of</w:t>
            </w:r>
          </w:p>
        </w:tc>
        <w:tc>
          <w:tcPr>
            <w:tcW w:w="5256" w:type="dxa"/>
            <w:tcBorders>
              <w:top w:val="single" w:sz="6" w:space="0" w:color="C7D0D9"/>
              <w:left w:val="single" w:sz="6" w:space="0" w:color="C7D0D9"/>
              <w:bottom w:val="single" w:sz="6" w:space="0" w:color="C7D0D9"/>
              <w:right w:val="single" w:sz="6" w:space="0" w:color="C7D0D9"/>
            </w:tcBorders>
            <w:vAlign w:val="center"/>
          </w:tcPr>
          <w:p w14:paraId="2D1F98A3" w14:textId="77777777" w:rsidR="004D7DDF" w:rsidRDefault="005522D0">
            <w:pPr>
              <w:spacing w:after="0"/>
            </w:pPr>
            <w:r>
              <w:rPr>
                <w:color w:val="505050"/>
                <w:sz w:val="19"/>
              </w:rPr>
              <w:t>Optional</w:t>
            </w:r>
          </w:p>
        </w:tc>
      </w:tr>
    </w:tbl>
    <w:p w14:paraId="2838989F" w14:textId="77777777" w:rsidR="004D7DDF" w:rsidRDefault="004D7DDF"/>
    <w:p w14:paraId="1E43E60D" w14:textId="77777777" w:rsidR="004D7DDF" w:rsidRDefault="005522D0">
      <w:pPr>
        <w:pStyle w:val="Heading2"/>
      </w:pPr>
      <w:r>
        <w:t>4. Eligibility declaration</w:t>
      </w:r>
    </w:p>
    <w:p w14:paraId="2DDD55D8" w14:textId="77777777" w:rsidR="004D7DDF" w:rsidRDefault="005522D0">
      <w:r>
        <w:t>Please tick all statements that apply:</w:t>
      </w:r>
    </w:p>
    <w:tbl>
      <w:tblPr>
        <w:tblW w:w="0" w:type="auto"/>
        <w:jc w:val="center"/>
        <w:tblLook w:val="04A0" w:firstRow="1" w:lastRow="0" w:firstColumn="1" w:lastColumn="0" w:noHBand="0" w:noVBand="1"/>
      </w:tblPr>
      <w:tblGrid>
        <w:gridCol w:w="5176"/>
        <w:gridCol w:w="5176"/>
      </w:tblGrid>
      <w:tr w:rsidR="004D7DDF" w14:paraId="3F28C3A4" w14:textId="77777777">
        <w:trPr>
          <w:jc w:val="center"/>
        </w:trPr>
        <w:tc>
          <w:tcPr>
            <w:tcW w:w="5184" w:type="dxa"/>
            <w:tcBorders>
              <w:top w:val="single" w:sz="6" w:space="0" w:color="C7D0D9"/>
              <w:left w:val="single" w:sz="6" w:space="0" w:color="C7D0D9"/>
              <w:bottom w:val="single" w:sz="6" w:space="0" w:color="C7D0D9"/>
              <w:right w:val="single" w:sz="6" w:space="0" w:color="C7D0D9"/>
            </w:tcBorders>
            <w:vAlign w:val="center"/>
          </w:tcPr>
          <w:p w14:paraId="1F330022" w14:textId="77777777" w:rsidR="004D7DDF" w:rsidRDefault="005522D0">
            <w:pPr>
              <w:spacing w:after="0"/>
            </w:pPr>
            <w:sdt>
              <w:sdtPr>
                <w:alias w:val="chk_118787"/>
                <w:tag w:val="chk_118787"/>
                <w:id w:val="1279328"/>
                <w14:checkbox>
                  <w14:checked w14:val="0"/>
                  <w14:checkedState w14:val="2612" w14:font="MS Gothic"/>
                  <w14:uncheckedState w14:val="2610" w14:font="MS Gothic"/>
                </w14:checkbox>
              </w:sdtPr>
              <w:sdtEndPr/>
              <w:sdtContent>
                <w:r>
                  <w:rPr>
                    <w:sz w:val="22"/>
                  </w:rPr>
                  <w:t>☐</w:t>
                </w:r>
              </w:sdtContent>
            </w:sdt>
            <w:r>
              <w:rPr>
                <w:color w:val="505050"/>
                <w:sz w:val="19"/>
              </w:rPr>
              <w:t xml:space="preserve"> I am the child’s father.</w:t>
            </w:r>
          </w:p>
        </w:tc>
        <w:tc>
          <w:tcPr>
            <w:tcW w:w="5184" w:type="dxa"/>
            <w:tcBorders>
              <w:top w:val="single" w:sz="6" w:space="0" w:color="C7D0D9"/>
              <w:left w:val="single" w:sz="6" w:space="0" w:color="C7D0D9"/>
              <w:bottom w:val="single" w:sz="6" w:space="0" w:color="C7D0D9"/>
              <w:right w:val="single" w:sz="6" w:space="0" w:color="C7D0D9"/>
            </w:tcBorders>
            <w:vAlign w:val="center"/>
          </w:tcPr>
          <w:p w14:paraId="0298E8D4" w14:textId="77777777" w:rsidR="004D7DDF" w:rsidRDefault="005522D0">
            <w:pPr>
              <w:spacing w:after="0"/>
            </w:pPr>
            <w:sdt>
              <w:sdtPr>
                <w:alias w:val="chk_570787"/>
                <w:tag w:val="chk_570787"/>
                <w:id w:val="6015901"/>
                <w14:checkbox>
                  <w14:checked w14:val="0"/>
                  <w14:checkedState w14:val="2612" w14:font="MS Gothic"/>
                  <w14:uncheckedState w14:val="2610" w14:font="MS Gothic"/>
                </w14:checkbox>
              </w:sdtPr>
              <w:sdtEndPr/>
              <w:sdtContent>
                <w:r>
                  <w:rPr>
                    <w:sz w:val="22"/>
                  </w:rPr>
                  <w:t>☐</w:t>
                </w:r>
              </w:sdtContent>
            </w:sdt>
            <w:r>
              <w:rPr>
                <w:color w:val="505050"/>
                <w:sz w:val="19"/>
              </w:rPr>
              <w:t xml:space="preserve"> I am the spouse, civil partner or partner of the mother / parent who gave birth.</w:t>
            </w:r>
          </w:p>
        </w:tc>
      </w:tr>
      <w:tr w:rsidR="004D7DDF" w14:paraId="062D0EE1" w14:textId="77777777">
        <w:trPr>
          <w:jc w:val="center"/>
        </w:trPr>
        <w:tc>
          <w:tcPr>
            <w:tcW w:w="5184" w:type="dxa"/>
            <w:tcBorders>
              <w:top w:val="single" w:sz="6" w:space="0" w:color="C7D0D9"/>
              <w:left w:val="single" w:sz="6" w:space="0" w:color="C7D0D9"/>
              <w:bottom w:val="single" w:sz="6" w:space="0" w:color="C7D0D9"/>
              <w:right w:val="single" w:sz="6" w:space="0" w:color="C7D0D9"/>
            </w:tcBorders>
            <w:vAlign w:val="center"/>
          </w:tcPr>
          <w:p w14:paraId="19E62E05" w14:textId="77777777" w:rsidR="004D7DDF" w:rsidRDefault="005522D0">
            <w:pPr>
              <w:spacing w:after="0"/>
            </w:pPr>
            <w:sdt>
              <w:sdtPr>
                <w:alias w:val="chk_366399"/>
                <w:tag w:val="chk_366399"/>
                <w:id w:val="1214533"/>
                <w14:checkbox>
                  <w14:checked w14:val="0"/>
                  <w14:checkedState w14:val="2612" w14:font="MS Gothic"/>
                  <w14:uncheckedState w14:val="2610" w14:font="MS Gothic"/>
                </w14:checkbox>
              </w:sdtPr>
              <w:sdtEndPr/>
              <w:sdtContent>
                <w:r>
                  <w:rPr>
                    <w:sz w:val="22"/>
                  </w:rPr>
                  <w:t>☐</w:t>
                </w:r>
              </w:sdtContent>
            </w:sdt>
            <w:r>
              <w:rPr>
                <w:color w:val="505050"/>
                <w:sz w:val="19"/>
              </w:rPr>
              <w:t xml:space="preserve"> I am the spouse, civil partner or partner of the main adopter or intended parent.</w:t>
            </w:r>
          </w:p>
        </w:tc>
        <w:tc>
          <w:tcPr>
            <w:tcW w:w="5184" w:type="dxa"/>
            <w:tcBorders>
              <w:top w:val="single" w:sz="6" w:space="0" w:color="C7D0D9"/>
              <w:left w:val="single" w:sz="6" w:space="0" w:color="C7D0D9"/>
              <w:bottom w:val="single" w:sz="6" w:space="0" w:color="C7D0D9"/>
              <w:right w:val="single" w:sz="6" w:space="0" w:color="C7D0D9"/>
            </w:tcBorders>
            <w:vAlign w:val="center"/>
          </w:tcPr>
          <w:p w14:paraId="2E802C37" w14:textId="77777777" w:rsidR="004D7DDF" w:rsidRDefault="005522D0">
            <w:pPr>
              <w:spacing w:after="0"/>
            </w:pPr>
            <w:sdt>
              <w:sdtPr>
                <w:alias w:val="chk_641225"/>
                <w:tag w:val="chk_641225"/>
                <w:id w:val="5128066"/>
                <w14:checkbox>
                  <w14:checked w14:val="0"/>
                  <w14:checkedState w14:val="2612" w14:font="MS Gothic"/>
                  <w14:uncheckedState w14:val="2610" w14:font="MS Gothic"/>
                </w14:checkbox>
              </w:sdtPr>
              <w:sdtEndPr/>
              <w:sdtContent>
                <w:r>
                  <w:rPr>
                    <w:sz w:val="22"/>
                  </w:rPr>
                  <w:t>☐</w:t>
                </w:r>
              </w:sdtContent>
            </w:sdt>
            <w:r>
              <w:rPr>
                <w:color w:val="505050"/>
                <w:sz w:val="19"/>
              </w:rPr>
              <w:t xml:space="preserve"> I have, or expect to have, the main caring responsibility for the child.</w:t>
            </w:r>
          </w:p>
        </w:tc>
      </w:tr>
      <w:tr w:rsidR="004D7DDF" w14:paraId="00F40153" w14:textId="77777777">
        <w:trPr>
          <w:jc w:val="center"/>
        </w:trPr>
        <w:tc>
          <w:tcPr>
            <w:tcW w:w="5184" w:type="dxa"/>
            <w:tcBorders>
              <w:top w:val="single" w:sz="6" w:space="0" w:color="C7D0D9"/>
              <w:left w:val="single" w:sz="6" w:space="0" w:color="C7D0D9"/>
              <w:bottom w:val="single" w:sz="6" w:space="0" w:color="C7D0D9"/>
              <w:right w:val="single" w:sz="6" w:space="0" w:color="C7D0D9"/>
            </w:tcBorders>
            <w:vAlign w:val="center"/>
          </w:tcPr>
          <w:p w14:paraId="09A07980" w14:textId="77777777" w:rsidR="004D7DDF" w:rsidRDefault="005522D0">
            <w:pPr>
              <w:spacing w:after="0"/>
            </w:pPr>
            <w:sdt>
              <w:sdtPr>
                <w:alias w:val="chk_730003"/>
                <w:tag w:val="chk_730003"/>
                <w:id w:val="1273527"/>
                <w14:checkbox>
                  <w14:checked w14:val="0"/>
                  <w14:checkedState w14:val="2612" w14:font="MS Gothic"/>
                  <w14:uncheckedState w14:val="2610" w14:font="MS Gothic"/>
                </w14:checkbox>
              </w:sdtPr>
              <w:sdtEndPr/>
              <w:sdtContent>
                <w:r>
                  <w:rPr>
                    <w:sz w:val="22"/>
                  </w:rPr>
                  <w:t>☐</w:t>
                </w:r>
              </w:sdtContent>
            </w:sdt>
            <w:r>
              <w:rPr>
                <w:color w:val="505050"/>
                <w:sz w:val="19"/>
              </w:rPr>
              <w:t xml:space="preserve"> I am taking this leave to care for the child.</w:t>
            </w:r>
          </w:p>
        </w:tc>
        <w:tc>
          <w:tcPr>
            <w:tcW w:w="5184" w:type="dxa"/>
            <w:tcBorders>
              <w:top w:val="single" w:sz="6" w:space="0" w:color="C7D0D9"/>
              <w:left w:val="single" w:sz="6" w:space="0" w:color="C7D0D9"/>
              <w:bottom w:val="single" w:sz="6" w:space="0" w:color="C7D0D9"/>
              <w:right w:val="single" w:sz="6" w:space="0" w:color="C7D0D9"/>
            </w:tcBorders>
            <w:vAlign w:val="center"/>
          </w:tcPr>
          <w:p w14:paraId="6C61D9F8" w14:textId="77777777" w:rsidR="004D7DDF" w:rsidRDefault="005522D0">
            <w:pPr>
              <w:spacing w:after="0"/>
            </w:pPr>
            <w:sdt>
              <w:sdtPr>
                <w:alias w:val="chk_915741"/>
                <w:tag w:val="chk_915741"/>
                <w:id w:val="1386919"/>
                <w14:checkbox>
                  <w14:checked w14:val="0"/>
                  <w14:checkedState w14:val="2612" w14:font="MS Gothic"/>
                  <w14:uncheckedState w14:val="2610" w14:font="MS Gothic"/>
                </w14:checkbox>
              </w:sdtPr>
              <w:sdtEndPr/>
              <w:sdtContent>
                <w:r>
                  <w:rPr>
                    <w:sz w:val="22"/>
                  </w:rPr>
                  <w:t>☐</w:t>
                </w:r>
              </w:sdtContent>
            </w:sdt>
            <w:r>
              <w:rPr>
                <w:color w:val="505050"/>
                <w:sz w:val="19"/>
              </w:rPr>
              <w:t xml:space="preserve"> I am an employee of Scottish Borders Council / an elected member, as applicable.</w:t>
            </w:r>
          </w:p>
        </w:tc>
      </w:tr>
    </w:tbl>
    <w:p w14:paraId="2BE374F1" w14:textId="77777777" w:rsidR="004D7DDF" w:rsidRDefault="004D7DDF"/>
    <w:p w14:paraId="500A0656" w14:textId="77777777" w:rsidR="004D7DDF" w:rsidRDefault="005522D0">
      <w:pPr>
        <w:pStyle w:val="Heading2"/>
      </w:pPr>
      <w:r>
        <w:t>5. Leave requested</w:t>
      </w:r>
    </w:p>
    <w:tbl>
      <w:tblPr>
        <w:tblW w:w="0" w:type="auto"/>
        <w:jc w:val="center"/>
        <w:tblLayout w:type="fixed"/>
        <w:tblLook w:val="04A0" w:firstRow="1" w:lastRow="0" w:firstColumn="1" w:lastColumn="0" w:noHBand="0" w:noVBand="1"/>
      </w:tblPr>
      <w:tblGrid>
        <w:gridCol w:w="3816"/>
        <w:gridCol w:w="5256"/>
      </w:tblGrid>
      <w:tr w:rsidR="004D7DDF" w14:paraId="0FA7C9BB"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BA1ECD8" w14:textId="77777777" w:rsidR="004D7DDF" w:rsidRDefault="005522D0">
            <w:pPr>
              <w:spacing w:after="0"/>
            </w:pPr>
            <w:r>
              <w:rPr>
                <w:b/>
                <w:color w:val="1F4E79"/>
                <w:sz w:val="19"/>
              </w:rPr>
              <w:t>Requested start date of leave</w:t>
            </w:r>
          </w:p>
        </w:tc>
        <w:tc>
          <w:tcPr>
            <w:tcW w:w="5256" w:type="dxa"/>
            <w:tcBorders>
              <w:top w:val="single" w:sz="6" w:space="0" w:color="C7D0D9"/>
              <w:left w:val="single" w:sz="6" w:space="0" w:color="C7D0D9"/>
              <w:bottom w:val="single" w:sz="6" w:space="0" w:color="C7D0D9"/>
              <w:right w:val="single" w:sz="6" w:space="0" w:color="C7D0D9"/>
            </w:tcBorders>
            <w:vAlign w:val="center"/>
          </w:tcPr>
          <w:p w14:paraId="7E07E34C" w14:textId="77777777" w:rsidR="004D7DDF" w:rsidRDefault="005522D0">
            <w:pPr>
              <w:spacing w:after="0"/>
            </w:pPr>
            <w:r>
              <w:rPr>
                <w:color w:val="505050"/>
                <w:sz w:val="19"/>
              </w:rPr>
              <w:t>DD/MM/YYYY</w:t>
            </w:r>
          </w:p>
        </w:tc>
      </w:tr>
      <w:tr w:rsidR="004D7DDF" w14:paraId="5F25FD52"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32F2CCCC" w14:textId="77777777" w:rsidR="004D7DDF" w:rsidRDefault="005522D0">
            <w:pPr>
              <w:spacing w:after="0"/>
            </w:pPr>
            <w:r>
              <w:rPr>
                <w:b/>
                <w:color w:val="1F4E79"/>
                <w:sz w:val="19"/>
              </w:rPr>
              <w:t>Requested end date of leave</w:t>
            </w:r>
          </w:p>
        </w:tc>
        <w:tc>
          <w:tcPr>
            <w:tcW w:w="5256" w:type="dxa"/>
            <w:tcBorders>
              <w:top w:val="single" w:sz="6" w:space="0" w:color="C7D0D9"/>
              <w:left w:val="single" w:sz="6" w:space="0" w:color="C7D0D9"/>
              <w:bottom w:val="single" w:sz="6" w:space="0" w:color="C7D0D9"/>
              <w:right w:val="single" w:sz="6" w:space="0" w:color="C7D0D9"/>
            </w:tcBorders>
            <w:vAlign w:val="center"/>
          </w:tcPr>
          <w:p w14:paraId="27A77AFD" w14:textId="77777777" w:rsidR="004D7DDF" w:rsidRDefault="005522D0">
            <w:pPr>
              <w:spacing w:after="0"/>
            </w:pPr>
            <w:r>
              <w:rPr>
                <w:color w:val="505050"/>
                <w:sz w:val="19"/>
              </w:rPr>
              <w:t>DD/MM/YYYY</w:t>
            </w:r>
          </w:p>
        </w:tc>
      </w:tr>
      <w:tr w:rsidR="004D7DDF" w14:paraId="2CFB8640"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4F742295" w14:textId="77777777" w:rsidR="004D7DDF" w:rsidRDefault="005522D0">
            <w:pPr>
              <w:spacing w:after="0"/>
            </w:pPr>
            <w:r>
              <w:rPr>
                <w:b/>
                <w:color w:val="1F4E79"/>
                <w:sz w:val="19"/>
              </w:rPr>
              <w:t>Total length of leave requested</w:t>
            </w:r>
          </w:p>
        </w:tc>
        <w:tc>
          <w:tcPr>
            <w:tcW w:w="5256" w:type="dxa"/>
            <w:tcBorders>
              <w:top w:val="single" w:sz="6" w:space="0" w:color="C7D0D9"/>
              <w:left w:val="single" w:sz="6" w:space="0" w:color="C7D0D9"/>
              <w:bottom w:val="single" w:sz="6" w:space="0" w:color="C7D0D9"/>
              <w:right w:val="single" w:sz="6" w:space="0" w:color="C7D0D9"/>
            </w:tcBorders>
            <w:vAlign w:val="center"/>
          </w:tcPr>
          <w:p w14:paraId="355F8845" w14:textId="77777777" w:rsidR="004D7DDF" w:rsidRDefault="005522D0">
            <w:pPr>
              <w:spacing w:after="0"/>
            </w:pPr>
            <w:r>
              <w:rPr>
                <w:color w:val="505050"/>
                <w:sz w:val="19"/>
              </w:rPr>
              <w:t>Up to 52 weeks, depending on statutory entitlement</w:t>
            </w:r>
          </w:p>
        </w:tc>
      </w:tr>
      <w:tr w:rsidR="004D7DDF" w14:paraId="788A75A4"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485A0E28" w14:textId="77777777" w:rsidR="004D7DDF" w:rsidRDefault="005522D0">
            <w:pPr>
              <w:spacing w:after="0"/>
            </w:pPr>
            <w:r>
              <w:rPr>
                <w:b/>
                <w:color w:val="1F4E79"/>
                <w:sz w:val="19"/>
              </w:rPr>
              <w:t>Is the leave requested as one continuous block?</w:t>
            </w:r>
          </w:p>
        </w:tc>
        <w:tc>
          <w:tcPr>
            <w:tcW w:w="5256" w:type="dxa"/>
            <w:tcBorders>
              <w:top w:val="single" w:sz="6" w:space="0" w:color="C7D0D9"/>
              <w:left w:val="single" w:sz="6" w:space="0" w:color="C7D0D9"/>
              <w:bottom w:val="single" w:sz="6" w:space="0" w:color="C7D0D9"/>
              <w:right w:val="single" w:sz="6" w:space="0" w:color="C7D0D9"/>
            </w:tcBorders>
            <w:vAlign w:val="center"/>
          </w:tcPr>
          <w:p w14:paraId="74C7C5CA" w14:textId="77777777" w:rsidR="004D7DDF" w:rsidRDefault="005522D0">
            <w:pPr>
              <w:spacing w:after="0"/>
              <w:rPr>
                <w:color w:val="505050"/>
                <w:sz w:val="19"/>
              </w:rPr>
            </w:pPr>
            <w:sdt>
              <w:sdtPr>
                <w:alias w:val="chk_990877"/>
                <w:tag w:val="chk_990877"/>
                <w:id w:val="3164697"/>
                <w14:checkbox>
                  <w14:checked w14:val="0"/>
                  <w14:checkedState w14:val="2612" w14:font="MS Gothic"/>
                  <w14:uncheckedState w14:val="2610" w14:font="MS Gothic"/>
                </w14:checkbox>
              </w:sdtPr>
              <w:sdtEndPr/>
              <w:sdtContent>
                <w:r>
                  <w:rPr>
                    <w:sz w:val="22"/>
                  </w:rPr>
                  <w:t>☐</w:t>
                </w:r>
              </w:sdtContent>
            </w:sdt>
            <w:r>
              <w:rPr>
                <w:color w:val="505050"/>
                <w:sz w:val="19"/>
              </w:rPr>
              <w:t xml:space="preserve"> Yes    </w:t>
            </w:r>
            <w:sdt>
              <w:sdtPr>
                <w:alias w:val="chk_381471"/>
                <w:tag w:val="chk_381471"/>
                <w:id w:val="9513989"/>
                <w14:checkbox>
                  <w14:checked w14:val="0"/>
                  <w14:checkedState w14:val="2612" w14:font="MS Gothic"/>
                  <w14:uncheckedState w14:val="2610" w14:font="MS Gothic"/>
                </w14:checkbox>
              </w:sdtPr>
              <w:sdtEndPr/>
              <w:sdtContent>
                <w:r>
                  <w:rPr>
                    <w:sz w:val="22"/>
                  </w:rPr>
                  <w:t>☐</w:t>
                </w:r>
              </w:sdtContent>
            </w:sdt>
            <w:r>
              <w:rPr>
                <w:color w:val="505050"/>
                <w:sz w:val="19"/>
              </w:rPr>
              <w:t xml:space="preserve"> No - provide details / HR review required</w:t>
            </w:r>
          </w:p>
          <w:p w14:paraId="796A5C93" w14:textId="37EBE99A" w:rsidR="00652691" w:rsidRDefault="00652691">
            <w:pPr>
              <w:spacing w:after="0"/>
              <w:rPr>
                <w:color w:val="505050"/>
                <w:sz w:val="19"/>
              </w:rPr>
            </w:pPr>
            <w:r>
              <w:rPr>
                <w:color w:val="505050"/>
                <w:sz w:val="19"/>
              </w:rPr>
              <w:t>__________________________________________________</w:t>
            </w:r>
          </w:p>
          <w:p w14:paraId="41DDE441" w14:textId="77777777" w:rsidR="00652691" w:rsidRDefault="00652691">
            <w:pPr>
              <w:spacing w:after="0"/>
            </w:pPr>
          </w:p>
        </w:tc>
      </w:tr>
      <w:tr w:rsidR="004D7DDF" w14:paraId="16005043"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72D00139" w14:textId="77777777" w:rsidR="004D7DDF" w:rsidRDefault="005522D0">
            <w:pPr>
              <w:spacing w:after="0"/>
            </w:pPr>
            <w:r>
              <w:rPr>
                <w:b/>
                <w:color w:val="1F4E79"/>
                <w:sz w:val="19"/>
              </w:rPr>
              <w:t>Are you taking any other parental leave before or after this leave?</w:t>
            </w:r>
          </w:p>
        </w:tc>
        <w:tc>
          <w:tcPr>
            <w:tcW w:w="5256" w:type="dxa"/>
            <w:tcBorders>
              <w:top w:val="single" w:sz="6" w:space="0" w:color="C7D0D9"/>
              <w:left w:val="single" w:sz="6" w:space="0" w:color="C7D0D9"/>
              <w:bottom w:val="single" w:sz="6" w:space="0" w:color="C7D0D9"/>
              <w:right w:val="single" w:sz="6" w:space="0" w:color="C7D0D9"/>
            </w:tcBorders>
            <w:vAlign w:val="center"/>
          </w:tcPr>
          <w:p w14:paraId="30CBD03C" w14:textId="77777777" w:rsidR="004D7DDF" w:rsidRDefault="005522D0">
            <w:pPr>
              <w:spacing w:after="0"/>
            </w:pPr>
            <w:sdt>
              <w:sdtPr>
                <w:alias w:val="chk_802562"/>
                <w:tag w:val="chk_802562"/>
                <w:id w:val="4682567"/>
                <w14:checkbox>
                  <w14:checked w14:val="0"/>
                  <w14:checkedState w14:val="2612" w14:font="MS Gothic"/>
                  <w14:uncheckedState w14:val="2610" w14:font="MS Gothic"/>
                </w14:checkbox>
              </w:sdtPr>
              <w:sdtEndPr/>
              <w:sdtContent>
                <w:r>
                  <w:rPr>
                    <w:sz w:val="22"/>
                  </w:rPr>
                  <w:t>☐</w:t>
                </w:r>
              </w:sdtContent>
            </w:sdt>
            <w:r>
              <w:rPr>
                <w:color w:val="505050"/>
                <w:sz w:val="19"/>
              </w:rPr>
              <w:t xml:space="preserve"> No    </w:t>
            </w:r>
            <w:sdt>
              <w:sdtPr>
                <w:alias w:val="chk_642820"/>
                <w:tag w:val="chk_642820"/>
                <w:id w:val="2299823"/>
                <w14:checkbox>
                  <w14:checked w14:val="0"/>
                  <w14:checkedState w14:val="2612" w14:font="MS Gothic"/>
                  <w14:uncheckedState w14:val="2610" w14:font="MS Gothic"/>
                </w14:checkbox>
              </w:sdtPr>
              <w:sdtEndPr/>
              <w:sdtContent>
                <w:r>
                  <w:rPr>
                    <w:sz w:val="22"/>
                  </w:rPr>
                  <w:t>☐</w:t>
                </w:r>
              </w:sdtContent>
            </w:sdt>
            <w:r>
              <w:rPr>
                <w:color w:val="505050"/>
                <w:sz w:val="19"/>
              </w:rPr>
              <w:t xml:space="preserve"> Yes - provide details: __________</w:t>
            </w:r>
          </w:p>
        </w:tc>
      </w:tr>
      <w:tr w:rsidR="004D7DDF" w14:paraId="1F7DDA86"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513D23D" w14:textId="77777777" w:rsidR="004D7DDF" w:rsidRDefault="005522D0">
            <w:pPr>
              <w:spacing w:after="0"/>
            </w:pPr>
            <w:r>
              <w:rPr>
                <w:b/>
                <w:color w:val="1F4E79"/>
                <w:sz w:val="19"/>
              </w:rPr>
              <w:t>Date you expect to return to work</w:t>
            </w:r>
          </w:p>
        </w:tc>
        <w:tc>
          <w:tcPr>
            <w:tcW w:w="5256" w:type="dxa"/>
            <w:tcBorders>
              <w:top w:val="single" w:sz="6" w:space="0" w:color="C7D0D9"/>
              <w:left w:val="single" w:sz="6" w:space="0" w:color="C7D0D9"/>
              <w:bottom w:val="single" w:sz="6" w:space="0" w:color="C7D0D9"/>
              <w:right w:val="single" w:sz="6" w:space="0" w:color="C7D0D9"/>
            </w:tcBorders>
            <w:vAlign w:val="center"/>
          </w:tcPr>
          <w:p w14:paraId="047534F9" w14:textId="77777777" w:rsidR="004D7DDF" w:rsidRDefault="005522D0">
            <w:pPr>
              <w:spacing w:after="0"/>
            </w:pPr>
            <w:r>
              <w:rPr>
                <w:color w:val="505050"/>
                <w:sz w:val="19"/>
              </w:rPr>
              <w:t>DD/MM/YYYY, if known</w:t>
            </w:r>
          </w:p>
        </w:tc>
      </w:tr>
    </w:tbl>
    <w:p w14:paraId="3A3504A5" w14:textId="77777777" w:rsidR="004D7DDF" w:rsidRDefault="004D7DDF"/>
    <w:p w14:paraId="1F00101A" w14:textId="77777777" w:rsidR="004D7DDF" w:rsidRDefault="005522D0">
      <w:pPr>
        <w:pStyle w:val="Heading2"/>
      </w:pPr>
      <w:r>
        <w:t>6. Employee declaration</w:t>
      </w:r>
    </w:p>
    <w:p w14:paraId="607666F9" w14:textId="77777777" w:rsidR="004D7DDF" w:rsidRDefault="005522D0">
      <w:sdt>
        <w:sdtPr>
          <w:alias w:val="chk_382496"/>
          <w:tag w:val="chk_382496"/>
          <w:id w:val="4799369"/>
          <w14:checkbox>
            <w14:checked w14:val="0"/>
            <w14:checkedState w14:val="2612" w14:font="MS Gothic"/>
            <w14:uncheckedState w14:val="2610" w14:font="MS Gothic"/>
          </w14:checkbox>
        </w:sdtPr>
        <w:sdtEndPr/>
        <w:sdtContent>
          <w:r>
            <w:rPr>
              <w:sz w:val="22"/>
            </w:rPr>
            <w:t>☐</w:t>
          </w:r>
        </w:sdtContent>
      </w:sdt>
      <w:r>
        <w:rPr>
          <w:color w:val="505050"/>
          <w:sz w:val="19"/>
        </w:rPr>
        <w:t xml:space="preserve"> I understand that Bereaved Partner’s Paternity Leave is normally unpaid unless an enhanced or separate paid leave arrangement applies.</w:t>
      </w:r>
    </w:p>
    <w:p w14:paraId="39593AC5" w14:textId="77777777" w:rsidR="004D7DDF" w:rsidRDefault="005522D0">
      <w:sdt>
        <w:sdtPr>
          <w:alias w:val="chk_264232"/>
          <w:tag w:val="chk_264232"/>
          <w:id w:val="7975224"/>
          <w14:checkbox>
            <w14:checked w14:val="0"/>
            <w14:checkedState w14:val="2612" w14:font="MS Gothic"/>
            <w14:uncheckedState w14:val="2610" w14:font="MS Gothic"/>
          </w14:checkbox>
        </w:sdtPr>
        <w:sdtEndPr/>
        <w:sdtContent>
          <w:r>
            <w:rPr>
              <w:sz w:val="22"/>
            </w:rPr>
            <w:t>☐</w:t>
          </w:r>
        </w:sdtContent>
      </w:sdt>
      <w:r>
        <w:rPr>
          <w:color w:val="505050"/>
          <w:sz w:val="19"/>
        </w:rPr>
        <w:t xml:space="preserve"> I understand that the leave must be used to care for the child.</w:t>
      </w:r>
    </w:p>
    <w:p w14:paraId="2F306904" w14:textId="77777777" w:rsidR="004D7DDF" w:rsidRDefault="005522D0">
      <w:sdt>
        <w:sdtPr>
          <w:alias w:val="chk_243077"/>
          <w:tag w:val="chk_243077"/>
          <w:id w:val="2016072"/>
          <w14:checkbox>
            <w14:checked w14:val="0"/>
            <w14:checkedState w14:val="2612" w14:font="MS Gothic"/>
            <w14:uncheckedState w14:val="2610" w14:font="MS Gothic"/>
          </w14:checkbox>
        </w:sdtPr>
        <w:sdtEndPr/>
        <w:sdtContent>
          <w:r>
            <w:rPr>
              <w:sz w:val="22"/>
            </w:rPr>
            <w:t>☐</w:t>
          </w:r>
        </w:sdtContent>
      </w:sdt>
      <w:r>
        <w:rPr>
          <w:color w:val="505050"/>
          <w:sz w:val="19"/>
        </w:rPr>
        <w:t xml:space="preserve"> I understand that statutory guidance requires the leave to be taken within the applicable one-year period and normally in one continuous block.</w:t>
      </w:r>
    </w:p>
    <w:p w14:paraId="6F3982EF" w14:textId="77777777" w:rsidR="004D7DDF" w:rsidRDefault="005522D0">
      <w:sdt>
        <w:sdtPr>
          <w:alias w:val="chk_261270"/>
          <w:tag w:val="chk_261270"/>
          <w:id w:val="2537105"/>
          <w14:checkbox>
            <w14:checked w14:val="0"/>
            <w14:checkedState w14:val="2612" w14:font="MS Gothic"/>
            <w14:uncheckedState w14:val="2610" w14:font="MS Gothic"/>
          </w14:checkbox>
        </w:sdtPr>
        <w:sdtEndPr/>
        <w:sdtContent>
          <w:r>
            <w:rPr>
              <w:sz w:val="22"/>
            </w:rPr>
            <w:t>☐</w:t>
          </w:r>
        </w:sdtContent>
      </w:sdt>
      <w:r>
        <w:rPr>
          <w:color w:val="505050"/>
          <w:sz w:val="19"/>
        </w:rPr>
        <w:t xml:space="preserve"> I will notify my line manager and HR Shared Services as soon as reasonably practicable if the requested dates change.</w:t>
      </w:r>
    </w:p>
    <w:p w14:paraId="0C610BC7" w14:textId="77777777" w:rsidR="004D7DDF" w:rsidRDefault="005522D0">
      <w:sdt>
        <w:sdtPr>
          <w:alias w:val="chk_945525"/>
          <w:tag w:val="chk_945525"/>
          <w:id w:val="5935162"/>
          <w14:checkbox>
            <w14:checked w14:val="0"/>
            <w14:checkedState w14:val="2612" w14:font="MS Gothic"/>
            <w14:uncheckedState w14:val="2610" w14:font="MS Gothic"/>
          </w14:checkbox>
        </w:sdtPr>
        <w:sdtEndPr/>
        <w:sdtContent>
          <w:r>
            <w:rPr>
              <w:sz w:val="22"/>
            </w:rPr>
            <w:t>☐</w:t>
          </w:r>
        </w:sdtContent>
      </w:sdt>
      <w:r>
        <w:rPr>
          <w:color w:val="505050"/>
          <w:sz w:val="19"/>
        </w:rPr>
        <w:t xml:space="preserve"> I confirm that the information provided in this form is accurate to the best of my knowledge.</w:t>
      </w:r>
    </w:p>
    <w:tbl>
      <w:tblPr>
        <w:tblW w:w="0" w:type="auto"/>
        <w:jc w:val="center"/>
        <w:tblLayout w:type="fixed"/>
        <w:tblLook w:val="04A0" w:firstRow="1" w:lastRow="0" w:firstColumn="1" w:lastColumn="0" w:noHBand="0" w:noVBand="1"/>
      </w:tblPr>
      <w:tblGrid>
        <w:gridCol w:w="3816"/>
        <w:gridCol w:w="5256"/>
      </w:tblGrid>
      <w:tr w:rsidR="004D7DDF" w14:paraId="5EB676A8"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020D9C00" w14:textId="77777777" w:rsidR="004D7DDF" w:rsidRDefault="005522D0">
            <w:pPr>
              <w:spacing w:after="0"/>
            </w:pPr>
            <w:r>
              <w:rPr>
                <w:b/>
                <w:color w:val="1F4E79"/>
                <w:sz w:val="19"/>
              </w:rPr>
              <w:t>Employee signature</w:t>
            </w:r>
          </w:p>
        </w:tc>
        <w:tc>
          <w:tcPr>
            <w:tcW w:w="5256" w:type="dxa"/>
            <w:tcBorders>
              <w:top w:val="single" w:sz="6" w:space="0" w:color="C7D0D9"/>
              <w:left w:val="single" w:sz="6" w:space="0" w:color="C7D0D9"/>
              <w:bottom w:val="single" w:sz="6" w:space="0" w:color="C7D0D9"/>
              <w:right w:val="single" w:sz="6" w:space="0" w:color="C7D0D9"/>
            </w:tcBorders>
            <w:vAlign w:val="center"/>
          </w:tcPr>
          <w:p w14:paraId="5F266325" w14:textId="77777777" w:rsidR="004D7DDF" w:rsidRDefault="004D7DDF">
            <w:pPr>
              <w:spacing w:after="0"/>
            </w:pPr>
          </w:p>
        </w:tc>
      </w:tr>
      <w:tr w:rsidR="004D7DDF" w14:paraId="5E8C8CD0"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18F2F150" w14:textId="77777777" w:rsidR="004D7DDF" w:rsidRDefault="005522D0">
            <w:pPr>
              <w:spacing w:after="0"/>
            </w:pPr>
            <w:r>
              <w:rPr>
                <w:b/>
                <w:color w:val="1F4E79"/>
                <w:sz w:val="19"/>
              </w:rPr>
              <w:t>Date</w:t>
            </w:r>
          </w:p>
        </w:tc>
        <w:tc>
          <w:tcPr>
            <w:tcW w:w="5256" w:type="dxa"/>
            <w:tcBorders>
              <w:top w:val="single" w:sz="6" w:space="0" w:color="C7D0D9"/>
              <w:left w:val="single" w:sz="6" w:space="0" w:color="C7D0D9"/>
              <w:bottom w:val="single" w:sz="6" w:space="0" w:color="C7D0D9"/>
              <w:right w:val="single" w:sz="6" w:space="0" w:color="C7D0D9"/>
            </w:tcBorders>
            <w:vAlign w:val="center"/>
          </w:tcPr>
          <w:p w14:paraId="3B203B37" w14:textId="77777777" w:rsidR="004D7DDF" w:rsidRDefault="005522D0">
            <w:pPr>
              <w:spacing w:after="0"/>
            </w:pPr>
            <w:r>
              <w:rPr>
                <w:color w:val="505050"/>
                <w:sz w:val="19"/>
              </w:rPr>
              <w:t>DD/MM/YYYY</w:t>
            </w:r>
          </w:p>
        </w:tc>
      </w:tr>
    </w:tbl>
    <w:p w14:paraId="5102ED9D" w14:textId="77777777" w:rsidR="004D7DDF" w:rsidRDefault="004D7DDF"/>
    <w:p w14:paraId="78628902" w14:textId="77777777" w:rsidR="004D7DDF" w:rsidRDefault="005522D0">
      <w:pPr>
        <w:pStyle w:val="Heading2"/>
      </w:pPr>
      <w:r>
        <w:t>7. Line manager / HR Shared Services use</w:t>
      </w:r>
    </w:p>
    <w:tbl>
      <w:tblPr>
        <w:tblW w:w="0" w:type="auto"/>
        <w:jc w:val="center"/>
        <w:tblLayout w:type="fixed"/>
        <w:tblLook w:val="04A0" w:firstRow="1" w:lastRow="0" w:firstColumn="1" w:lastColumn="0" w:noHBand="0" w:noVBand="1"/>
      </w:tblPr>
      <w:tblGrid>
        <w:gridCol w:w="3816"/>
        <w:gridCol w:w="5256"/>
      </w:tblGrid>
      <w:tr w:rsidR="004D7DDF" w14:paraId="2D27E603"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772EFDEC" w14:textId="77777777" w:rsidR="004D7DDF" w:rsidRDefault="005522D0">
            <w:pPr>
              <w:spacing w:after="0"/>
            </w:pPr>
            <w:r>
              <w:rPr>
                <w:b/>
                <w:color w:val="1F4E79"/>
                <w:sz w:val="19"/>
              </w:rPr>
              <w:t>Date received</w:t>
            </w:r>
          </w:p>
        </w:tc>
        <w:tc>
          <w:tcPr>
            <w:tcW w:w="5256" w:type="dxa"/>
            <w:tcBorders>
              <w:top w:val="single" w:sz="6" w:space="0" w:color="C7D0D9"/>
              <w:left w:val="single" w:sz="6" w:space="0" w:color="C7D0D9"/>
              <w:bottom w:val="single" w:sz="6" w:space="0" w:color="C7D0D9"/>
              <w:right w:val="single" w:sz="6" w:space="0" w:color="C7D0D9"/>
            </w:tcBorders>
            <w:vAlign w:val="center"/>
          </w:tcPr>
          <w:p w14:paraId="60D02BA9" w14:textId="77777777" w:rsidR="004D7DDF" w:rsidRDefault="005522D0">
            <w:pPr>
              <w:spacing w:after="0"/>
            </w:pPr>
            <w:r>
              <w:rPr>
                <w:color w:val="505050"/>
                <w:sz w:val="19"/>
              </w:rPr>
              <w:t>DD/MM/YYYY</w:t>
            </w:r>
          </w:p>
        </w:tc>
      </w:tr>
      <w:tr w:rsidR="004D7DDF" w14:paraId="6382DE99"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6EAFBEFA" w14:textId="77777777" w:rsidR="004D7DDF" w:rsidRDefault="005522D0">
            <w:pPr>
              <w:spacing w:after="0"/>
            </w:pPr>
            <w:r>
              <w:rPr>
                <w:b/>
                <w:color w:val="1F4E79"/>
                <w:sz w:val="19"/>
              </w:rPr>
              <w:t>Eligibility checked</w:t>
            </w:r>
          </w:p>
        </w:tc>
        <w:tc>
          <w:tcPr>
            <w:tcW w:w="5256" w:type="dxa"/>
            <w:tcBorders>
              <w:top w:val="single" w:sz="6" w:space="0" w:color="C7D0D9"/>
              <w:left w:val="single" w:sz="6" w:space="0" w:color="C7D0D9"/>
              <w:bottom w:val="single" w:sz="6" w:space="0" w:color="C7D0D9"/>
              <w:right w:val="single" w:sz="6" w:space="0" w:color="C7D0D9"/>
            </w:tcBorders>
            <w:vAlign w:val="center"/>
          </w:tcPr>
          <w:p w14:paraId="673E7E5F" w14:textId="77777777" w:rsidR="004D7DDF" w:rsidRDefault="005522D0">
            <w:pPr>
              <w:spacing w:after="0"/>
            </w:pPr>
            <w:sdt>
              <w:sdtPr>
                <w:alias w:val="chk_378126"/>
                <w:tag w:val="chk_378126"/>
                <w:id w:val="2881537"/>
                <w14:checkbox>
                  <w14:checked w14:val="0"/>
                  <w14:checkedState w14:val="2612" w14:font="MS Gothic"/>
                  <w14:uncheckedState w14:val="2610" w14:font="MS Gothic"/>
                </w14:checkbox>
              </w:sdtPr>
              <w:sdtEndPr/>
              <w:sdtContent>
                <w:r>
                  <w:rPr>
                    <w:sz w:val="22"/>
                  </w:rPr>
                  <w:t>☐</w:t>
                </w:r>
              </w:sdtContent>
            </w:sdt>
            <w:r>
              <w:rPr>
                <w:color w:val="505050"/>
                <w:sz w:val="19"/>
              </w:rPr>
              <w:t xml:space="preserve"> Yes    </w:t>
            </w:r>
            <w:sdt>
              <w:sdtPr>
                <w:alias w:val="chk_702523"/>
                <w:tag w:val="chk_702523"/>
                <w:id w:val="4615639"/>
                <w14:checkbox>
                  <w14:checked w14:val="0"/>
                  <w14:checkedState w14:val="2612" w14:font="MS Gothic"/>
                  <w14:uncheckedState w14:val="2610" w14:font="MS Gothic"/>
                </w14:checkbox>
              </w:sdtPr>
              <w:sdtEndPr/>
              <w:sdtContent>
                <w:r>
                  <w:rPr>
                    <w:sz w:val="22"/>
                  </w:rPr>
                  <w:t>☐</w:t>
                </w:r>
              </w:sdtContent>
            </w:sdt>
            <w:r>
              <w:rPr>
                <w:color w:val="505050"/>
                <w:sz w:val="19"/>
              </w:rPr>
              <w:t xml:space="preserve"> No</w:t>
            </w:r>
          </w:p>
        </w:tc>
      </w:tr>
      <w:tr w:rsidR="004D7DDF" w14:paraId="3D013F71"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EA2767D" w14:textId="77777777" w:rsidR="004D7DDF" w:rsidRDefault="005522D0">
            <w:pPr>
              <w:spacing w:after="0"/>
            </w:pPr>
            <w:r>
              <w:rPr>
                <w:b/>
                <w:color w:val="1F4E79"/>
                <w:sz w:val="19"/>
              </w:rPr>
              <w:t>Leave dates agreed / recorded</w:t>
            </w:r>
          </w:p>
        </w:tc>
        <w:tc>
          <w:tcPr>
            <w:tcW w:w="5256" w:type="dxa"/>
            <w:tcBorders>
              <w:top w:val="single" w:sz="6" w:space="0" w:color="C7D0D9"/>
              <w:left w:val="single" w:sz="6" w:space="0" w:color="C7D0D9"/>
              <w:bottom w:val="single" w:sz="6" w:space="0" w:color="C7D0D9"/>
              <w:right w:val="single" w:sz="6" w:space="0" w:color="C7D0D9"/>
            </w:tcBorders>
            <w:vAlign w:val="center"/>
          </w:tcPr>
          <w:p w14:paraId="29A86A42" w14:textId="77777777" w:rsidR="004D7DDF" w:rsidRDefault="005522D0">
            <w:pPr>
              <w:spacing w:after="0"/>
            </w:pPr>
            <w:sdt>
              <w:sdtPr>
                <w:alias w:val="chk_201442"/>
                <w:tag w:val="chk_201442"/>
                <w:id w:val="1670058"/>
                <w14:checkbox>
                  <w14:checked w14:val="0"/>
                  <w14:checkedState w14:val="2612" w14:font="MS Gothic"/>
                  <w14:uncheckedState w14:val="2610" w14:font="MS Gothic"/>
                </w14:checkbox>
              </w:sdtPr>
              <w:sdtEndPr/>
              <w:sdtContent>
                <w:r>
                  <w:rPr>
                    <w:sz w:val="22"/>
                  </w:rPr>
                  <w:t>☐</w:t>
                </w:r>
              </w:sdtContent>
            </w:sdt>
            <w:r>
              <w:rPr>
                <w:color w:val="505050"/>
                <w:sz w:val="19"/>
              </w:rPr>
              <w:t xml:space="preserve"> Yes    </w:t>
            </w:r>
            <w:sdt>
              <w:sdtPr>
                <w:alias w:val="chk_651495"/>
                <w:tag w:val="chk_651495"/>
                <w:id w:val="2088296"/>
                <w14:checkbox>
                  <w14:checked w14:val="0"/>
                  <w14:checkedState w14:val="2612" w14:font="MS Gothic"/>
                  <w14:uncheckedState w14:val="2610" w14:font="MS Gothic"/>
                </w14:checkbox>
              </w:sdtPr>
              <w:sdtEndPr/>
              <w:sdtContent>
                <w:r>
                  <w:rPr>
                    <w:sz w:val="22"/>
                  </w:rPr>
                  <w:t>☐</w:t>
                </w:r>
              </w:sdtContent>
            </w:sdt>
            <w:r>
              <w:rPr>
                <w:color w:val="505050"/>
                <w:sz w:val="19"/>
              </w:rPr>
              <w:t xml:space="preserve"> No</w:t>
            </w:r>
          </w:p>
        </w:tc>
      </w:tr>
      <w:tr w:rsidR="004D7DDF" w14:paraId="55D431AB"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73EBA73E" w14:textId="77777777" w:rsidR="004D7DDF" w:rsidRDefault="005522D0">
            <w:pPr>
              <w:spacing w:after="0"/>
            </w:pPr>
            <w:r>
              <w:rPr>
                <w:b/>
                <w:color w:val="1F4E79"/>
                <w:sz w:val="19"/>
              </w:rPr>
              <w:t>Payroll notified, if required</w:t>
            </w:r>
          </w:p>
        </w:tc>
        <w:tc>
          <w:tcPr>
            <w:tcW w:w="5256" w:type="dxa"/>
            <w:tcBorders>
              <w:top w:val="single" w:sz="6" w:space="0" w:color="C7D0D9"/>
              <w:left w:val="single" w:sz="6" w:space="0" w:color="C7D0D9"/>
              <w:bottom w:val="single" w:sz="6" w:space="0" w:color="C7D0D9"/>
              <w:right w:val="single" w:sz="6" w:space="0" w:color="C7D0D9"/>
            </w:tcBorders>
            <w:vAlign w:val="center"/>
          </w:tcPr>
          <w:p w14:paraId="327BE385" w14:textId="77777777" w:rsidR="004D7DDF" w:rsidRDefault="005522D0">
            <w:pPr>
              <w:spacing w:after="0"/>
            </w:pPr>
            <w:sdt>
              <w:sdtPr>
                <w:alias w:val="chk_883156"/>
                <w:tag w:val="chk_883156"/>
                <w:id w:val="2830364"/>
                <w14:checkbox>
                  <w14:checked w14:val="0"/>
                  <w14:checkedState w14:val="2612" w14:font="MS Gothic"/>
                  <w14:uncheckedState w14:val="2610" w14:font="MS Gothic"/>
                </w14:checkbox>
              </w:sdtPr>
              <w:sdtEndPr/>
              <w:sdtContent>
                <w:r>
                  <w:rPr>
                    <w:sz w:val="22"/>
                  </w:rPr>
                  <w:t>☐</w:t>
                </w:r>
              </w:sdtContent>
            </w:sdt>
            <w:r>
              <w:rPr>
                <w:color w:val="505050"/>
                <w:sz w:val="19"/>
              </w:rPr>
              <w:t xml:space="preserve"> Yes    </w:t>
            </w:r>
            <w:sdt>
              <w:sdtPr>
                <w:alias w:val="chk_673071"/>
                <w:tag w:val="chk_673071"/>
                <w:id w:val="4239114"/>
                <w14:checkbox>
                  <w14:checked w14:val="0"/>
                  <w14:checkedState w14:val="2612" w14:font="MS Gothic"/>
                  <w14:uncheckedState w14:val="2610" w14:font="MS Gothic"/>
                </w14:checkbox>
              </w:sdtPr>
              <w:sdtEndPr/>
              <w:sdtContent>
                <w:r>
                  <w:rPr>
                    <w:sz w:val="22"/>
                  </w:rPr>
                  <w:t>☐</w:t>
                </w:r>
              </w:sdtContent>
            </w:sdt>
            <w:r>
              <w:rPr>
                <w:color w:val="505050"/>
                <w:sz w:val="19"/>
              </w:rPr>
              <w:t xml:space="preserve"> No    </w:t>
            </w:r>
            <w:sdt>
              <w:sdtPr>
                <w:alias w:val="chk_225305"/>
                <w:tag w:val="chk_225305"/>
                <w:id w:val="4528211"/>
                <w14:checkbox>
                  <w14:checked w14:val="0"/>
                  <w14:checkedState w14:val="2612" w14:font="MS Gothic"/>
                  <w14:uncheckedState w14:val="2610" w14:font="MS Gothic"/>
                </w14:checkbox>
              </w:sdtPr>
              <w:sdtEndPr/>
              <w:sdtContent>
                <w:r>
                  <w:rPr>
                    <w:sz w:val="22"/>
                  </w:rPr>
                  <w:t>☐</w:t>
                </w:r>
              </w:sdtContent>
            </w:sdt>
            <w:r>
              <w:rPr>
                <w:color w:val="505050"/>
                <w:sz w:val="19"/>
              </w:rPr>
              <w:t xml:space="preserve"> Not applicable</w:t>
            </w:r>
          </w:p>
        </w:tc>
      </w:tr>
      <w:tr w:rsidR="004D7DDF" w14:paraId="70F952E1"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48824A7B" w14:textId="77777777" w:rsidR="004D7DDF" w:rsidRDefault="005522D0">
            <w:pPr>
              <w:spacing w:after="0"/>
            </w:pPr>
            <w:r>
              <w:rPr>
                <w:b/>
                <w:color w:val="1F4E79"/>
                <w:sz w:val="19"/>
              </w:rPr>
              <w:t>Any additional support discussed?</w:t>
            </w:r>
          </w:p>
        </w:tc>
        <w:tc>
          <w:tcPr>
            <w:tcW w:w="5256" w:type="dxa"/>
            <w:tcBorders>
              <w:top w:val="single" w:sz="6" w:space="0" w:color="C7D0D9"/>
              <w:left w:val="single" w:sz="6" w:space="0" w:color="C7D0D9"/>
              <w:bottom w:val="single" w:sz="6" w:space="0" w:color="C7D0D9"/>
              <w:right w:val="single" w:sz="6" w:space="0" w:color="C7D0D9"/>
            </w:tcBorders>
            <w:vAlign w:val="center"/>
          </w:tcPr>
          <w:p w14:paraId="497036F6" w14:textId="77777777" w:rsidR="004D7DDF" w:rsidRDefault="005522D0">
            <w:pPr>
              <w:spacing w:after="0"/>
            </w:pPr>
            <w:sdt>
              <w:sdtPr>
                <w:alias w:val="chk_861086"/>
                <w:tag w:val="chk_861086"/>
                <w:id w:val="6023149"/>
                <w14:checkbox>
                  <w14:checked w14:val="0"/>
                  <w14:checkedState w14:val="2612" w14:font="MS Gothic"/>
                  <w14:uncheckedState w14:val="2610" w14:font="MS Gothic"/>
                </w14:checkbox>
              </w:sdtPr>
              <w:sdtEndPr/>
              <w:sdtContent>
                <w:r>
                  <w:rPr>
                    <w:sz w:val="22"/>
                  </w:rPr>
                  <w:t>☐</w:t>
                </w:r>
              </w:sdtContent>
            </w:sdt>
            <w:r>
              <w:rPr>
                <w:color w:val="505050"/>
                <w:sz w:val="19"/>
              </w:rPr>
              <w:t xml:space="preserve"> Employee Assistance Programme    </w:t>
            </w:r>
            <w:sdt>
              <w:sdtPr>
                <w:alias w:val="chk_714527"/>
                <w:tag w:val="chk_714527"/>
                <w:id w:val="4634607"/>
                <w14:checkbox>
                  <w14:checked w14:val="0"/>
                  <w14:checkedState w14:val="2612" w14:font="MS Gothic"/>
                  <w14:uncheckedState w14:val="2610" w14:font="MS Gothic"/>
                </w14:checkbox>
              </w:sdtPr>
              <w:sdtEndPr/>
              <w:sdtContent>
                <w:r>
                  <w:rPr>
                    <w:sz w:val="22"/>
                  </w:rPr>
                  <w:t>☐</w:t>
                </w:r>
              </w:sdtContent>
            </w:sdt>
            <w:r>
              <w:rPr>
                <w:color w:val="505050"/>
                <w:sz w:val="19"/>
              </w:rPr>
              <w:t xml:space="preserve"> Parental Bereavement Leave    </w:t>
            </w:r>
            <w:sdt>
              <w:sdtPr>
                <w:alias w:val="chk_686104"/>
                <w:tag w:val="chk_686104"/>
                <w:id w:val="4697462"/>
                <w14:checkbox>
                  <w14:checked w14:val="0"/>
                  <w14:checkedState w14:val="2612" w14:font="MS Gothic"/>
                  <w14:uncheckedState w14:val="2610" w14:font="MS Gothic"/>
                </w14:checkbox>
              </w:sdtPr>
              <w:sdtEndPr/>
              <w:sdtContent>
                <w:r>
                  <w:rPr>
                    <w:sz w:val="22"/>
                  </w:rPr>
                  <w:t>☐</w:t>
                </w:r>
              </w:sdtContent>
            </w:sdt>
            <w:r>
              <w:rPr>
                <w:color w:val="505050"/>
                <w:sz w:val="19"/>
              </w:rPr>
              <w:t xml:space="preserve"> Special Leave    </w:t>
            </w:r>
            <w:sdt>
              <w:sdtPr>
                <w:alias w:val="chk_781378"/>
                <w:tag w:val="chk_781378"/>
                <w:id w:val="6957498"/>
                <w14:checkbox>
                  <w14:checked w14:val="0"/>
                  <w14:checkedState w14:val="2612" w14:font="MS Gothic"/>
                  <w14:uncheckedState w14:val="2610" w14:font="MS Gothic"/>
                </w14:checkbox>
              </w:sdtPr>
              <w:sdtEndPr/>
              <w:sdtContent>
                <w:r>
                  <w:rPr>
                    <w:sz w:val="22"/>
                  </w:rPr>
                  <w:t>☐</w:t>
                </w:r>
              </w:sdtContent>
            </w:sdt>
            <w:r>
              <w:rPr>
                <w:color w:val="505050"/>
                <w:sz w:val="19"/>
              </w:rPr>
              <w:t xml:space="preserve"> Other: __________</w:t>
            </w:r>
          </w:p>
        </w:tc>
      </w:tr>
      <w:tr w:rsidR="004D7DDF" w14:paraId="26117739"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27ED87F0" w14:textId="77777777" w:rsidR="004D7DDF" w:rsidRDefault="005522D0">
            <w:pPr>
              <w:spacing w:after="0"/>
            </w:pPr>
            <w:r>
              <w:rPr>
                <w:b/>
                <w:color w:val="1F4E79"/>
                <w:sz w:val="19"/>
              </w:rPr>
              <w:t>Manager / HRSS name</w:t>
            </w:r>
          </w:p>
        </w:tc>
        <w:tc>
          <w:tcPr>
            <w:tcW w:w="5256" w:type="dxa"/>
            <w:tcBorders>
              <w:top w:val="single" w:sz="6" w:space="0" w:color="C7D0D9"/>
              <w:left w:val="single" w:sz="6" w:space="0" w:color="C7D0D9"/>
              <w:bottom w:val="single" w:sz="6" w:space="0" w:color="C7D0D9"/>
              <w:right w:val="single" w:sz="6" w:space="0" w:color="C7D0D9"/>
            </w:tcBorders>
            <w:vAlign w:val="center"/>
          </w:tcPr>
          <w:p w14:paraId="5E84C1F3" w14:textId="77777777" w:rsidR="004D7DDF" w:rsidRDefault="004D7DDF">
            <w:pPr>
              <w:spacing w:after="0"/>
            </w:pPr>
          </w:p>
        </w:tc>
      </w:tr>
      <w:tr w:rsidR="004D7DDF" w14:paraId="690DFD00"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0717876C" w14:textId="77777777" w:rsidR="004D7DDF" w:rsidRDefault="005522D0">
            <w:pPr>
              <w:spacing w:after="0"/>
            </w:pPr>
            <w:r>
              <w:rPr>
                <w:b/>
                <w:color w:val="1F4E79"/>
                <w:sz w:val="19"/>
              </w:rPr>
              <w:t>Signature</w:t>
            </w:r>
          </w:p>
        </w:tc>
        <w:tc>
          <w:tcPr>
            <w:tcW w:w="5256" w:type="dxa"/>
            <w:tcBorders>
              <w:top w:val="single" w:sz="6" w:space="0" w:color="C7D0D9"/>
              <w:left w:val="single" w:sz="6" w:space="0" w:color="C7D0D9"/>
              <w:bottom w:val="single" w:sz="6" w:space="0" w:color="C7D0D9"/>
              <w:right w:val="single" w:sz="6" w:space="0" w:color="C7D0D9"/>
            </w:tcBorders>
            <w:vAlign w:val="center"/>
          </w:tcPr>
          <w:p w14:paraId="2CB2F92D" w14:textId="77777777" w:rsidR="004D7DDF" w:rsidRDefault="004D7DDF">
            <w:pPr>
              <w:spacing w:after="0"/>
            </w:pPr>
          </w:p>
        </w:tc>
      </w:tr>
      <w:tr w:rsidR="004D7DDF" w14:paraId="33ED51BE" w14:textId="77777777">
        <w:trPr>
          <w:jc w:val="center"/>
        </w:trPr>
        <w:tc>
          <w:tcPr>
            <w:tcW w:w="3816" w:type="dxa"/>
            <w:tcBorders>
              <w:top w:val="single" w:sz="6" w:space="0" w:color="C7D0D9"/>
              <w:left w:val="single" w:sz="6" w:space="0" w:color="C7D0D9"/>
              <w:bottom w:val="single" w:sz="6" w:space="0" w:color="C7D0D9"/>
              <w:right w:val="single" w:sz="6" w:space="0" w:color="C7D0D9"/>
            </w:tcBorders>
            <w:shd w:val="clear" w:color="auto" w:fill="EDF3F8"/>
            <w:vAlign w:val="center"/>
          </w:tcPr>
          <w:p w14:paraId="58AFD80B" w14:textId="77777777" w:rsidR="004D7DDF" w:rsidRDefault="005522D0">
            <w:pPr>
              <w:spacing w:after="0"/>
            </w:pPr>
            <w:r>
              <w:rPr>
                <w:b/>
                <w:color w:val="1F4E79"/>
                <w:sz w:val="19"/>
              </w:rPr>
              <w:t>Date</w:t>
            </w:r>
          </w:p>
        </w:tc>
        <w:tc>
          <w:tcPr>
            <w:tcW w:w="5256" w:type="dxa"/>
            <w:tcBorders>
              <w:top w:val="single" w:sz="6" w:space="0" w:color="C7D0D9"/>
              <w:left w:val="single" w:sz="6" w:space="0" w:color="C7D0D9"/>
              <w:bottom w:val="single" w:sz="6" w:space="0" w:color="C7D0D9"/>
              <w:right w:val="single" w:sz="6" w:space="0" w:color="C7D0D9"/>
            </w:tcBorders>
            <w:vAlign w:val="center"/>
          </w:tcPr>
          <w:p w14:paraId="6CFFFF2D" w14:textId="77777777" w:rsidR="004D7DDF" w:rsidRDefault="005522D0">
            <w:pPr>
              <w:spacing w:after="0"/>
            </w:pPr>
            <w:r>
              <w:rPr>
                <w:color w:val="505050"/>
                <w:sz w:val="19"/>
              </w:rPr>
              <w:t>DD/MM/YYYY</w:t>
            </w:r>
          </w:p>
        </w:tc>
      </w:tr>
    </w:tbl>
    <w:p w14:paraId="3265AB2F" w14:textId="77777777" w:rsidR="004D7DDF" w:rsidRDefault="004D7DDF"/>
    <w:p w14:paraId="0164F6A8" w14:textId="77777777" w:rsidR="004D7DDF" w:rsidRDefault="005522D0">
      <w:pPr>
        <w:pStyle w:val="Heading2"/>
      </w:pPr>
      <w:r>
        <w:t>Submission and support</w:t>
      </w:r>
    </w:p>
    <w:p w14:paraId="19573093" w14:textId="77777777" w:rsidR="004D7DDF" w:rsidRDefault="005522D0">
      <w:r>
        <w:rPr>
          <w:b/>
        </w:rPr>
        <w:t xml:space="preserve">Please send the completed form to your line manager and HR Shared Services. </w:t>
      </w:r>
      <w:r>
        <w:t>Given the circumstances, managers should handle the request sensitively, limit unnecessary evidence requests, and discuss any immediate wellbeing or support needs with the employee.</w:t>
      </w:r>
    </w:p>
    <w:p w14:paraId="40EF2AF4" w14:textId="77777777" w:rsidR="004D7DDF" w:rsidRDefault="005522D0">
      <w:pPr>
        <w:pStyle w:val="Heading2"/>
      </w:pPr>
      <w:r>
        <w:lastRenderedPageBreak/>
        <w:t>Notes for employees and managers</w:t>
      </w:r>
    </w:p>
    <w:p w14:paraId="324FB6C9" w14:textId="77777777" w:rsidR="004D7DDF" w:rsidRDefault="005522D0">
      <w:pPr>
        <w:pStyle w:val="ListBullet"/>
      </w:pPr>
      <w:r>
        <w:t>Bereaved Partner’s Paternity Leave is a statutory day-one right for eligible employees in England, Scotland and Wales where the relevant death occurs on or after 6 April 2026.</w:t>
      </w:r>
    </w:p>
    <w:p w14:paraId="3723FA9D" w14:textId="77777777" w:rsidR="004D7DDF" w:rsidRDefault="005522D0">
      <w:pPr>
        <w:pStyle w:val="ListBullet"/>
      </w:pPr>
      <w:r>
        <w:t>It is unpaid by statute, although employers may choose to provide paid leave or other support arrangements.</w:t>
      </w:r>
    </w:p>
    <w:p w14:paraId="7A521859" w14:textId="77777777" w:rsidR="004D7DDF" w:rsidRDefault="005522D0">
      <w:pPr>
        <w:pStyle w:val="ListBullet"/>
      </w:pPr>
      <w:r>
        <w:t>Employees may be able to take this leave before or after other parental leave and pay they are eligible for.</w:t>
      </w:r>
    </w:p>
    <w:p w14:paraId="3A7CFAD4" w14:textId="77777777" w:rsidR="004D7DDF" w:rsidRDefault="005522D0">
      <w:pPr>
        <w:pStyle w:val="ListBullet"/>
      </w:pPr>
      <w:r>
        <w:t>Current statutory guidance should be checked when confirming eligibility and the latest requirements.</w:t>
      </w:r>
    </w:p>
    <w:sectPr w:rsidR="004D7DDF" w:rsidSect="00034616">
      <w:footerReference w:type="default" r:id="rId8"/>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0976C" w14:textId="77777777" w:rsidR="005522D0" w:rsidRDefault="005522D0">
      <w:pPr>
        <w:spacing w:after="0" w:line="240" w:lineRule="auto"/>
      </w:pPr>
      <w:r>
        <w:separator/>
      </w:r>
    </w:p>
  </w:endnote>
  <w:endnote w:type="continuationSeparator" w:id="0">
    <w:p w14:paraId="65361C3A" w14:textId="77777777" w:rsidR="005522D0" w:rsidRDefault="00552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DB69" w14:textId="7AE573B3" w:rsidR="004D7DDF" w:rsidRDefault="004D7DD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4BC0" w14:textId="77777777" w:rsidR="005522D0" w:rsidRDefault="005522D0">
      <w:pPr>
        <w:spacing w:after="0" w:line="240" w:lineRule="auto"/>
      </w:pPr>
      <w:r>
        <w:separator/>
      </w:r>
    </w:p>
  </w:footnote>
  <w:footnote w:type="continuationSeparator" w:id="0">
    <w:p w14:paraId="7CED3BC2" w14:textId="77777777" w:rsidR="005522D0" w:rsidRDefault="00552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9240617">
    <w:abstractNumId w:val="8"/>
  </w:num>
  <w:num w:numId="2" w16cid:durableId="37895188">
    <w:abstractNumId w:val="6"/>
  </w:num>
  <w:num w:numId="3" w16cid:durableId="1128278773">
    <w:abstractNumId w:val="5"/>
  </w:num>
  <w:num w:numId="4" w16cid:durableId="977034526">
    <w:abstractNumId w:val="4"/>
  </w:num>
  <w:num w:numId="5" w16cid:durableId="1246450379">
    <w:abstractNumId w:val="7"/>
  </w:num>
  <w:num w:numId="6" w16cid:durableId="1980186721">
    <w:abstractNumId w:val="3"/>
  </w:num>
  <w:num w:numId="7" w16cid:durableId="1087846414">
    <w:abstractNumId w:val="2"/>
  </w:num>
  <w:num w:numId="8" w16cid:durableId="1000542068">
    <w:abstractNumId w:val="1"/>
  </w:num>
  <w:num w:numId="9" w16cid:durableId="1226064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D7DDF"/>
    <w:rsid w:val="005522D0"/>
    <w:rsid w:val="005F4245"/>
    <w:rsid w:val="00652691"/>
    <w:rsid w:val="00AA1D8D"/>
    <w:rsid w:val="00B47730"/>
    <w:rsid w:val="00BC4674"/>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ED3770"/>
  <w14:defaultImageDpi w14:val="300"/>
  <w15:docId w15:val="{2F92D39E-134C-4DFC-AAA2-C02FA29D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695</Words>
  <Characters>3521</Characters>
  <Application>Microsoft Office Word</Application>
  <DocSecurity>0</DocSecurity>
  <Lines>135</Lines>
  <Paragraphs>110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Bereaved Partner’s Paternity Leave</dc:title>
  <dc:subject/>
  <dc:creator>Smedley, Ivana</dc:creator>
  <cp:keywords/>
  <dc:description>generated by python-docx</dc:description>
  <cp:lastModifiedBy>Smedley, Ivana</cp:lastModifiedBy>
  <cp:revision>3</cp:revision>
  <dcterms:created xsi:type="dcterms:W3CDTF">2026-07-06T10:23:00Z</dcterms:created>
  <dcterms:modified xsi:type="dcterms:W3CDTF">2026-07-06T10:23:00Z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dad31-c0c2-44e8-b26c-75143ee7ed65_Enabled">
    <vt:lpwstr>true</vt:lpwstr>
  </property>
  <property fmtid="{D5CDD505-2E9C-101B-9397-08002B2CF9AE}" pid="3" name="MSIP_Label_9fedad31-c0c2-44e8-b26c-75143ee7ed65_SetDate">
    <vt:lpwstr>2026-07-06T10:17:16Z</vt:lpwstr>
  </property>
  <property fmtid="{D5CDD505-2E9C-101B-9397-08002B2CF9AE}" pid="4" name="MSIP_Label_9fedad31-c0c2-44e8-b26c-75143ee7ed65_Method">
    <vt:lpwstr>Standard</vt:lpwstr>
  </property>
  <property fmtid="{D5CDD505-2E9C-101B-9397-08002B2CF9AE}" pid="5" name="MSIP_Label_9fedad31-c0c2-44e8-b26c-75143ee7ed65_Name">
    <vt:lpwstr>OFFICIAL</vt:lpwstr>
  </property>
  <property fmtid="{D5CDD505-2E9C-101B-9397-08002B2CF9AE}" pid="6" name="MSIP_Label_9fedad31-c0c2-44e8-b26c-75143ee7ed65_SiteId">
    <vt:lpwstr>89ed32a2-9b6b-41db-bb6f-376ec8fcd11d</vt:lpwstr>
  </property>
  <property fmtid="{D5CDD505-2E9C-101B-9397-08002B2CF9AE}" pid="7" name="MSIP_Label_9fedad31-c0c2-44e8-b26c-75143ee7ed65_ActionId">
    <vt:lpwstr>fbf95808-851d-4dec-a139-959c3e3e7393</vt:lpwstr>
  </property>
  <property fmtid="{D5CDD505-2E9C-101B-9397-08002B2CF9AE}" pid="8" name="MSIP_Label_9fedad31-c0c2-44e8-b26c-75143ee7ed65_ContentBits">
    <vt:lpwstr>0</vt:lpwstr>
  </property>
</Properties>
</file>